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Google Forms fra besvarelse til eget projekt</w:t>
      </w:r>
    </w:p>
    <w:p>
      <w:r>
        <w:t>Overblik over kurset · GF00 · Dansk · version 2</w:t>
      </w:r>
    </w:p>
    <w:p>
      <w:r>
        <w:t>Forløbet hjælper dig med at besvare og oprette spørgeskemaer til skoleprojekter, undersøge resultater og bruge quizzer til selvtræning. Alle viste svar er fiktive øvelsesdata. Vælg den opgave, du vil lære, og kontrollér dit eget resultat med lektionens øvelse.</w:t>
      </w:r>
    </w:p>
    <w:p>
      <w:pPr>
        <w:pStyle w:val="Heading2"/>
      </w:pPr>
      <w:r>
        <w:t>Begynd med en besvarelse</w:t>
      </w:r>
    </w:p>
    <w:p>
      <w:r>
        <w:t>Se først Udfyld og aflever et spørgeskema. Udfyld en formular, du har lov til at teste, ret et manglende obligatorisk svar og find kvitteringen.</w:t>
      </w:r>
    </w:p>
    <w:p>
      <w:pPr>
        <w:pStyle w:val="Heading2"/>
      </w:pPr>
      <w:r>
        <w:t>Lav dit eget spørgeskema</w:t>
      </w:r>
    </w:p>
    <w:p>
      <w:r>
        <w:t>Fortsæt med at oprette, navngive og genfinde formularen. Brug ét tydeligt spørgsmål ad gangen. Test spørgsmålstyper og nødvendige felter, før du deler noget.</w:t>
      </w:r>
    </w:p>
    <w:p>
      <w:pPr>
        <w:pStyle w:val="Heading2"/>
      </w:pPr>
      <w:r>
        <w:t>Undersøg svarene</w:t>
      </w:r>
    </w:p>
    <w:p>
      <w:r>
        <w:t>Brug fiktive testsvar med kendte værdier. Sammenlign Oversigt, Spørgsmål og Individuel. Kontrollér dine antal, før du drager en konklusion.</w:t>
      </w:r>
    </w:p>
    <w:p>
      <w:pPr>
        <w:pStyle w:val="Heading2"/>
      </w:pPr>
      <w:r>
        <w:t>Vælg en opgave der passer til dig</w:t>
      </w:r>
    </w:p>
    <w:p>
      <w:r>
        <w:t>Brug quizlektionerne til selvtræning. Brug forgrening til relevante tilmeldingsspørgsmål. Brug filupload, når du skal indsamle projektfiler, og kontrollér konto, filgrænser og den modtagne fil.</w:t>
      </w:r>
    </w:p>
    <w:p>
      <w:pPr>
        <w:pStyle w:val="Heading2"/>
      </w:pPr>
      <w:r>
        <w:t>Afslut med et selvstændigt projekt</w:t>
      </w:r>
    </w:p>
    <w:p>
      <w:r>
        <w:t>Lav en lille undersøgelse med dit eget emne. Test alle ruter som deltager, kontrollér svarene som ejer, og luk indsamlingen bagefter. Du er færdig, når hvert testsvar stemmer med din forventning, og du kan forklare resultatet.</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SkrivSikkert</dc:creator>
  <cp:keywords/>
  <dc:description>generated by python-docx</dc:description>
  <cp:lastModifiedBy/>
  <cp:revision>1</cp:revision>
  <dcterms:created xsi:type="dcterms:W3CDTF">2013-12-23T23:15:00Z</dcterms:created>
  <dcterms:modified xsi:type="dcterms:W3CDTF">2013-12-23T23:15:00Z</dcterms:modified>
  <cp:category/>
</cp:coreProperties>
</file>