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Øvelse: udfyld og aflever</w:t>
      </w:r>
    </w:p>
    <w:p>
      <w:r>
        <w:t>Prøv selv med et spørgeskema, du har lov til at teste. Vælg et svar, og prøv først at aflevere uden et obligatorisk felt. Udfyld derefter det manglende svar, og klik på Send. Du er færdig, når du ser kvitteringen. I næste video laver du dit eget spørgeskema.</w:t>
      </w:r>
    </w:p>
    <w:p>
      <w:pPr>
        <w:pStyle w:val="ListBullet"/>
      </w:pPr>
      <w:r>
        <w:t>En rød stjerne angiver et obligatorisk spørgsmål.</w:t>
      </w:r>
    </w:p>
    <w:p>
      <w:pPr>
        <w:pStyle w:val="ListBullet"/>
      </w:pPr>
      <w:r>
        <w:t>Ved et manglende svar vises en fejl, og formularen er endnu ikke afleveret.</w:t>
      </w:r>
    </w:p>
    <w:p>
      <w:pPr>
        <w:pStyle w:val="ListBullet"/>
      </w:pPr>
      <w:r>
        <w:t>Kontrollér kvitteringen efter Send. En gemt kladde er ikke en aflevering.</w:t>
      </w:r>
    </w:p>
    <w:p>
      <w:pPr>
        <w:pStyle w:val="ListBullet"/>
      </w:pPr>
      <w:r>
        <w:t>Kun formularens ejer eller en autoriseret redaktør kan kontrollere svarene i redigeringsvisningen.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