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color w:val="000000"/>
        </w:rPr>
        <w:t>Lav en quiz med facit og forklaringer</w:t>
      </w:r>
    </w:p>
    <w:p>
      <w:r>
        <w:t>Google Forms · GF13+14 · Dansk · Manuskript og øvelse til video v3</w:t>
      </w:r>
    </w:p>
    <w:p>
      <w:r>
        <w:t>Øv dig i at lave en quiz, hvor både point og forklaringer hjælper dig med at forstå et emne. Brug din egen formular og originale spørgsmål uden personoplysninger.</w:t>
      </w:r>
    </w:p>
    <w:p>
      <w:r>
        <w:t>Spørgsmål 1: Hvilken brøk er lige så stor som en halv? Svarmuligheder: 2/4, 1/3 og 3/4. Facit: 2/4. Giv ét point. Forklaring: 2/4 forkortes til 1/2 ved at dele tæller og nævner med 2.</w:t>
      </w:r>
    </w:p>
    <w:p>
      <w:r>
        <w:t>Spørgsmål 2: Hvad er 1/4 + 1/4? Svarmuligheder: 1/8, 2/4 og 2/8. Facit: 2/4. Giv ét point. Forklaring: Når nævneren er den samme, lægger du tællerne sammen. Nævneren bliver 4.</w:t>
      </w:r>
    </w:p>
    <w:p>
      <w:r>
        <w:t>Aflever en test med 2/4 i første spørgsmål og 2/8 i andet spørgsmål. Du skal få ét ud af to point. Kontrollér, at forklaringerne vises ved begge spørgsmål.</w:t>
      </w:r>
    </w:p>
    <w:p>
      <w:r>
        <w:t>Hvis resultatet ikke stemmer, skal du kontrollere den gemte svarnøgle og pointene i begge spørgsmål. Brug besvarelseslinket til testen. Luk din øveformular for nye svar bagefter.</w:t>
      </w:r>
    </w:p>
    <w:p>
      <w:r>
        <w:t>Prøv derefter med to spørgsmål fra et andet emne, du øver. Skriv forklaringer, der hjælper dig med at forstå svaret.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00000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00000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00000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SkrivSikkert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