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Aflever og modtag en projektfil med Google Forms</w:t>
      </w:r>
    </w:p>
    <w:p>
      <w:r>
        <w:t>Google Forms · GF20 · Dansk · v2</w:t>
      </w:r>
    </w:p>
    <w:p>
      <w:r>
        <w:t>Du lærer at indsamle en projektfil, aflevere den og kontrollere det modtagne indhold. Vi bruger en original PDF om turen til skole. Du skal kunne oprette og offentliggøre en formular. Upload kræver en Google-konto og er ikke anonymt.</w:t>
      </w:r>
    </w:p>
    <w:p>
      <w:r>
        <w:t>Opret et filspørgsmål. Vælg Filupload, læs beskeden og vælg Fortsæt. Begræns til PDF, én fil og højst 1 MB. Slå Påkrævet til.</w:t>
      </w:r>
    </w:p>
    <w:p>
      <w:r>
        <w:t>Brug en lille original PDF uden personlige oplysninger. Kontrollér adgang før Offentliggør. Åbn det rigtige besvarelseslink med din egen konto.</w:t>
      </w:r>
    </w:p>
    <w:p>
      <w:r>
        <w:t>Vælg Tilføj fil og Gennemse. Find PDF-filen. På denne Windows-pc hedder filfeltet File name og knappen Open. Open betyder Åbn. Alt og O aktiverer knappen. Vent på filnavnet under spørgsmålet. Upload alene afleverer ikke svaret.</w:t>
      </w:r>
    </w:p>
    <w:p>
      <w:r>
        <w:t>Vælg Send og kontrollér kvitteringen. Åbn Svar og Individuel hos ejeren. Åbn den modtagne PDF og sammenlign teksten med originalen.</w:t>
      </w:r>
    </w:p>
    <w:p>
      <w:r>
        <w:t>Hvis upload fejler, kontroller konto, filtype, filstørrelse og ledig plads i Google Drev. Lokal diskplads er ikke plads i Drev. Skolens regler kan begrænse filupload.</w:t>
      </w:r>
    </w:p>
    <w:p>
      <w:r>
        <w:t>Luk øveformularen for nye svar efter testen. Del kun en filformular med betroede deltagere. Undlad personlige oplysninger i øvelsen.</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SkrivSikkert</dc:creator>
  <cp:keywords/>
  <dc:description>generated by python-docx</dc:description>
  <cp:lastModifiedBy/>
  <cp:revision>1</cp:revision>
  <dcterms:created xsi:type="dcterms:W3CDTF">2013-12-23T23:15:00Z</dcterms:created>
  <dcterms:modified xsi:type="dcterms:W3CDTF">2013-12-23T23:15:00Z</dcterms:modified>
  <cp:category/>
</cp:coreProperties>
</file>