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 budget, der regner videre</w:t>
      </w:r>
    </w:p>
    <w:p>
      <w:r>
        <w:t>Google Sheets G03 · Øvelse og facit · 2. november 2026</w:t>
      </w:r>
    </w:p>
    <w:p>
      <w:r>
        <w:t>Du skal kunne åbne et ark og skrive i en celle. Alle udgifter er opdigtede. Du lærer at gange, lægge sammen, trække fra og dividere med cellereferencer. Startfil: G03-start.tsv. Formlerne findes også i formulas.json.</w:t>
      </w:r>
    </w:p>
    <w:p>
      <w:pPr>
        <w:pStyle w:val="Heading1"/>
      </w:pPr>
      <w:r>
        <w:t>Gør sådan</w:t>
      </w:r>
    </w:p>
    <w:p>
      <w:pPr>
        <w:pStyle w:val="ListNumber"/>
      </w:pPr>
      <w:r>
        <w:t>Åbn et privat regneark. Indsæt G03-start.tsv i A1. Filen indeholder kun tekst og tal; den bevarer ikke formatering. Du kan bruge 150 % zoom og fed første række som i filmen.</w:t>
      </w:r>
    </w:p>
    <w:p>
      <w:pPr>
        <w:pStyle w:val="ListNumber"/>
      </w:pPr>
      <w:r>
        <w:t>Klik D2, skriv =B2*C2 og tryk Enter. Stjernen betyder gange. Resultatet skal være 2400.</w:t>
      </w:r>
    </w:p>
    <w:p>
      <w:pPr>
        <w:pStyle w:val="ListNumber"/>
      </w:pPr>
      <w:r>
        <w:t>Klik D3, skriv =B3*C3 og tryk Enter. Resultatet skal være 1200.</w:t>
      </w:r>
    </w:p>
    <w:p>
      <w:pPr>
        <w:pStyle w:val="ListNumber"/>
      </w:pPr>
      <w:r>
        <w:t>Klik D4, skriv =B4*C4 og tryk Enter. Resultatet skal være 840.</w:t>
      </w:r>
    </w:p>
    <w:p>
      <w:pPr>
        <w:pStyle w:val="ListNumber"/>
      </w:pPr>
      <w:r>
        <w:t>Klik D5, skriv =D2+D3+D4 og tryk Enter. Plus lægger de tre udgifter sammen: 4440.</w:t>
      </w:r>
    </w:p>
    <w:p>
      <w:pPr>
        <w:pStyle w:val="ListNumber"/>
      </w:pPr>
      <w:r>
        <w:t>Klik B8, skriv =B7-D5 og tryk Enter. Minus giver forskellen mellem indbetalt beløb og pris: 560.</w:t>
      </w:r>
    </w:p>
    <w:p>
      <w:pPr>
        <w:pStyle w:val="ListNumber"/>
      </w:pPr>
      <w:r>
        <w:t>Klik B9, skriv =D5/24 og tryk Enter. Skråstreg dividerer med de 24 elever: 185.</w:t>
      </w:r>
    </w:p>
    <w:p>
      <w:pPr>
        <w:pStyle w:val="ListNumber"/>
      </w:pPr>
      <w:r>
        <w:t>Klik D3 igen. Se den gemte formel i formellinjen og resultatet i cellen.</w:t>
      </w:r>
    </w:p>
    <w:p>
      <w:pPr>
        <w:pStyle w:val="ListNumber"/>
      </w:pPr>
      <w:r>
        <w:t>Ret C2 til 2640. Vent på genberegningen: D5 skal vise 4680, B8 320 og B9 195.</w:t>
      </w:r>
    </w:p>
    <w:p>
      <w:pPr>
        <w:pStyle w:val="ListNumber"/>
      </w:pPr>
      <w:r>
        <w:t>Ret C2 tilbage til 2400. De oprindelige resultater skal komme tilbage.</w:t>
      </w:r>
    </w:p>
    <w:p>
      <w:pPr>
        <w:pStyle w:val="Heading1"/>
      </w:pPr>
      <w:r>
        <w:t>Prøv selv</w:t>
      </w:r>
    </w:p>
    <w:p>
      <w:r>
        <w:t>Skift B3 fra 24 til 25 museumsbilletter, for eksempel fordi en voksen også skal have billet. Der er stadig 24 elever. Kontrollér museets pris i D3. Sæt derefter B3 tilbage til 24.</w:t>
      </w:r>
    </w:p>
    <w:p>
      <w:r>
        <w:br w:type="page"/>
      </w:r>
    </w:p>
    <w:p>
      <w:pPr>
        <w:pStyle w:val="Heading1"/>
      </w:pPr>
      <w:r>
        <w:t>Facit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Celle</w:t>
            </w:r>
          </w:p>
        </w:tc>
        <w:tc>
          <w:tcPr>
            <w:tcW w:type="dxa" w:w="2160"/>
          </w:tcPr>
          <w:p>
            <w:r>
              <w:t>Formel</w:t>
            </w:r>
          </w:p>
        </w:tc>
        <w:tc>
          <w:tcPr>
            <w:tcW w:type="dxa" w:w="2160"/>
          </w:tcPr>
          <w:p>
            <w:r>
              <w:t>Grundbudget</w:t>
            </w:r>
          </w:p>
        </w:tc>
        <w:tc>
          <w:tcPr>
            <w:tcW w:type="dxa" w:w="2160"/>
          </w:tcPr>
          <w:p>
            <w:r>
              <w:t>25 billetter</w:t>
            </w:r>
          </w:p>
        </w:tc>
      </w:tr>
      <w:tr>
        <w:tc>
          <w:tcPr>
            <w:tcW w:type="dxa" w:w="2160"/>
          </w:tcPr>
          <w:p>
            <w:r>
              <w:t>D2</w:t>
            </w:r>
          </w:p>
        </w:tc>
        <w:tc>
          <w:tcPr>
            <w:tcW w:type="dxa" w:w="2160"/>
          </w:tcPr>
          <w:p>
            <w:r>
              <w:t>=B2*C2</w:t>
            </w:r>
          </w:p>
        </w:tc>
        <w:tc>
          <w:tcPr>
            <w:tcW w:type="dxa" w:w="2160"/>
          </w:tcPr>
          <w:p>
            <w:r>
              <w:t>2400</w:t>
            </w:r>
          </w:p>
        </w:tc>
        <w:tc>
          <w:tcPr>
            <w:tcW w:type="dxa" w:w="2160"/>
          </w:tcPr>
          <w:p>
            <w:r>
              <w:t>2400</w:t>
            </w:r>
          </w:p>
        </w:tc>
      </w:tr>
      <w:tr>
        <w:tc>
          <w:tcPr>
            <w:tcW w:type="dxa" w:w="2160"/>
          </w:tcPr>
          <w:p>
            <w:r>
              <w:t>D3</w:t>
            </w:r>
          </w:p>
        </w:tc>
        <w:tc>
          <w:tcPr>
            <w:tcW w:type="dxa" w:w="2160"/>
          </w:tcPr>
          <w:p>
            <w:r>
              <w:t>=B3*C3</w:t>
            </w:r>
          </w:p>
        </w:tc>
        <w:tc>
          <w:tcPr>
            <w:tcW w:type="dxa" w:w="2160"/>
          </w:tcPr>
          <w:p>
            <w:r>
              <w:t>1200</w:t>
            </w:r>
          </w:p>
        </w:tc>
        <w:tc>
          <w:tcPr>
            <w:tcW w:type="dxa" w:w="2160"/>
          </w:tcPr>
          <w:p>
            <w:r>
              <w:t>1250</w:t>
            </w:r>
          </w:p>
        </w:tc>
      </w:tr>
      <w:tr>
        <w:tc>
          <w:tcPr>
            <w:tcW w:type="dxa" w:w="2160"/>
          </w:tcPr>
          <w:p>
            <w:r>
              <w:t>D4</w:t>
            </w:r>
          </w:p>
        </w:tc>
        <w:tc>
          <w:tcPr>
            <w:tcW w:type="dxa" w:w="2160"/>
          </w:tcPr>
          <w:p>
            <w:r>
              <w:t>=B4*C4</w:t>
            </w:r>
          </w:p>
        </w:tc>
        <w:tc>
          <w:tcPr>
            <w:tcW w:type="dxa" w:w="2160"/>
          </w:tcPr>
          <w:p>
            <w:r>
              <w:t>840</w:t>
            </w:r>
          </w:p>
        </w:tc>
        <w:tc>
          <w:tcPr>
            <w:tcW w:type="dxa" w:w="2160"/>
          </w:tcPr>
          <w:p>
            <w:r>
              <w:t>840</w:t>
            </w:r>
          </w:p>
        </w:tc>
      </w:tr>
      <w:tr>
        <w:tc>
          <w:tcPr>
            <w:tcW w:type="dxa" w:w="2160"/>
          </w:tcPr>
          <w:p>
            <w:r>
              <w:t>D5</w:t>
            </w:r>
          </w:p>
        </w:tc>
        <w:tc>
          <w:tcPr>
            <w:tcW w:type="dxa" w:w="2160"/>
          </w:tcPr>
          <w:p>
            <w:r>
              <w:t>=D2+D3+D4</w:t>
            </w:r>
          </w:p>
        </w:tc>
        <w:tc>
          <w:tcPr>
            <w:tcW w:type="dxa" w:w="2160"/>
          </w:tcPr>
          <w:p>
            <w:r>
              <w:t>4440</w:t>
            </w:r>
          </w:p>
        </w:tc>
        <w:tc>
          <w:tcPr>
            <w:tcW w:type="dxa" w:w="2160"/>
          </w:tcPr>
          <w:p>
            <w:r>
              <w:t>4490</w:t>
            </w:r>
          </w:p>
        </w:tc>
      </w:tr>
      <w:tr>
        <w:tc>
          <w:tcPr>
            <w:tcW w:type="dxa" w:w="2160"/>
          </w:tcPr>
          <w:p>
            <w:r>
              <w:t>B8</w:t>
            </w:r>
          </w:p>
        </w:tc>
        <w:tc>
          <w:tcPr>
            <w:tcW w:type="dxa" w:w="2160"/>
          </w:tcPr>
          <w:p>
            <w:r>
              <w:t>=B7-D5</w:t>
            </w:r>
          </w:p>
        </w:tc>
        <w:tc>
          <w:tcPr>
            <w:tcW w:type="dxa" w:w="2160"/>
          </w:tcPr>
          <w:p>
            <w:r>
              <w:t>560</w:t>
            </w:r>
          </w:p>
        </w:tc>
        <w:tc>
          <w:tcPr>
            <w:tcW w:type="dxa" w:w="2160"/>
          </w:tcPr>
          <w:p>
            <w:r>
              <w:t>510</w:t>
            </w:r>
          </w:p>
        </w:tc>
      </w:tr>
      <w:tr>
        <w:tc>
          <w:tcPr>
            <w:tcW w:type="dxa" w:w="2160"/>
          </w:tcPr>
          <w:p>
            <w:r>
              <w:t>B9</w:t>
            </w:r>
          </w:p>
        </w:tc>
        <w:tc>
          <w:tcPr>
            <w:tcW w:type="dxa" w:w="2160"/>
          </w:tcPr>
          <w:p>
            <w:r>
              <w:t>=D5/24</w:t>
            </w:r>
          </w:p>
        </w:tc>
        <w:tc>
          <w:tcPr>
            <w:tcW w:type="dxa" w:w="2160"/>
          </w:tcPr>
          <w:p>
            <w:r>
              <w:t>185</w:t>
            </w:r>
          </w:p>
        </w:tc>
        <w:tc>
          <w:tcPr>
            <w:tcW w:type="dxa" w:w="2160"/>
          </w:tcPr>
          <w:p>
            <w:r>
              <w:t>187,0833333</w:t>
            </w:r>
          </w:p>
        </w:tc>
      </w:tr>
    </w:tbl>
    <w:p>
      <w:r>
        <w:t>Når bussen i stedet koster 2640, med de oprindelige 24 billetter: total 4680, tilbage 320, pris pr. elev 195. Ved 25 billetter er 187,0833333 resultatet før eventuel afrunding; valutaformat ville vise 187,08. Filen med resultatværdier bevarer ikke selve formlerne.</w:t>
      </w:r>
    </w:p>
    <w:p>
      <w:pPr>
        <w:pStyle w:val="Heading1"/>
      </w:pPr>
      <w:r>
        <w:t>Hvis noget går galt</w:t>
      </w:r>
    </w:p>
    <w:p>
      <w:r>
        <w:t>Start en formel med =. Brug * til gange og / til division. Bogstav og tal peger på en celle, for eksempel B3. Skriv tal i inputcellerne uden ord som kr. Ret ikke de beregnede resultater manuelt. Dobbeltklik på en formel for at redigere den, eller brug Control+Z til at fortryde. Escape afviser et automatisk forslag, hvis det kommer i vejen. Vent på genberegningen, før du aflæser resultatet.</w:t>
      </w:r>
    </w:p>
    <w:p>
      <w:r>
        <w:t>I =D5/24 er 24 et fast tal, ikke en cellereference. Hvis elevantallet ændrer sig, skal du også ændre den del af formlen. Senere i kurset lærer du at bruge en særskilt inputcelle og faste referencer.</w:t>
      </w:r>
    </w:p>
    <w:p>
      <w:r>
        <w:t>Før: G02 Gør en tabel overskuelig. Næste: G04 Beregn total og gennemsnit. SkrivSikkert har lavet materialet. Google sponsorerer eller godkender ikke kurset.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