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Total og gennemsnit i klasseturens budget</w:t>
      </w:r>
    </w:p>
    <w:p>
      <w:r>
        <w:t>Google Sheets G04 · Øvelse og facit · SkrivSikkert</w:t>
      </w:r>
    </w:p>
    <w:p>
      <w:r>
        <w:t>Du lærer at samle flere udgifter med SUM og finde gennemsnittet med AVERAGE. Du skal kunne skrive en formel som vist i G03. Vi bruger engelske funktionsnavne i den danske brugerflade. Alle udgifter er opdigtede.</w:t>
      </w:r>
    </w:p>
    <w:p>
      <w:pPr>
        <w:pStyle w:val="Heading1"/>
      </w:pPr>
      <w:r>
        <w:t>Gør sådan</w:t>
      </w:r>
    </w:p>
    <w:p>
      <w:pPr>
        <w:pStyle w:val="ListNumber"/>
      </w:pPr>
      <w:r>
        <w:t>Åbn et privat regneark, og indsæt indholdet af G04-start.tsv i A1. Filen bevarer tekst, tal og formler, men ikke formatering. Brug eventuelt 150 % zoom og en fed overskriftsrække som i filmen.</w:t>
      </w:r>
    </w:p>
    <w:p>
      <w:pPr>
        <w:pStyle w:val="ListNumber"/>
      </w:pPr>
      <w:r>
        <w:t>Klik D5. Skriv =SUM(D2:D4), og tryk Enter. Kolon angiver alle celler fra D2 til og med D4. Totalen er 4440.</w:t>
      </w:r>
    </w:p>
    <w:p>
      <w:pPr>
        <w:pStyle w:val="ListNumber"/>
      </w:pPr>
      <w:r>
        <w:t>Klik D6. Skriv =AVERAGE(D2:D4), og tryk Enter. Gennemsnittet pr. udgiftspost er 1480. Det er ikke prisen pr. elev.</w:t>
      </w:r>
    </w:p>
    <w:p>
      <w:pPr>
        <w:pStyle w:val="ListNumber"/>
      </w:pPr>
      <w:r>
        <w:t>Klik D4, og tryk Delete. Den tomme celle tæller ikke med i gennemsnittet. D5 viser 3600, og D6 viser 1800. Budgettet mangler nu madpakkerne.</w:t>
      </w:r>
    </w:p>
    <w:p>
      <w:pPr>
        <w:pStyle w:val="ListNumber"/>
      </w:pPr>
      <w:r>
        <w:t>Skriv 0 i D4, og tryk Enter. Nu indgår tre værdier i gennemsnittet, som bliver 1200. Nul betyder en reel værdi på nul, ikke en ukendt pris.</w:t>
      </w:r>
    </w:p>
    <w:p>
      <w:pPr>
        <w:pStyle w:val="ListNumber"/>
      </w:pPr>
      <w:r>
        <w:t>Gendan D4 med =B4*C4. Resultatet er 840. Totalen bliver igen 4440 og gennemsnittet 1480.</w:t>
      </w:r>
    </w:p>
    <w:p>
      <w:pPr>
        <w:pStyle w:val="ListNumber"/>
      </w:pPr>
      <w:r>
        <w:t>Prøv =SUM(D2:D3) i D5. Du får 3600 uden en fejlbesked, fordi området ikke omfatter madpakkerne.</w:t>
      </w:r>
    </w:p>
    <w:p>
      <w:pPr>
        <w:pStyle w:val="ListNumber"/>
      </w:pPr>
      <w:r>
        <w:t>Ret D5 tilbage til =SUM(D2:D4). Kontrollér, at alle tre udgifter er med. Hold overskriften og selve totalcellen uden for området.</w:t>
      </w:r>
    </w:p>
    <w:p>
      <w:pPr>
        <w:pStyle w:val="Heading1"/>
      </w:pPr>
      <w:r>
        <w:t>Prøv selv</w:t>
      </w:r>
    </w:p>
    <w:p>
      <w:r>
        <w:t>Skift museumsprisen i C3 fra 50 til 55. Kontrollér museumsudgiften, totalen og gennemsnittet. Forklar med egne ord, hvorfor nul og en tom celle giver forskellige gennemsnit. Sæt C3 tilbage til 50 bagefter.</w:t>
      </w:r>
    </w:p>
    <w:p>
      <w:r>
        <w:br w:type="page"/>
      </w:r>
    </w:p>
    <w:p>
      <w:pPr>
        <w:pStyle w:val="Heading1"/>
      </w:pPr>
      <w:r>
        <w:t>Facit og forklaring</w:t>
      </w:r>
    </w:p>
    <w:p>
      <w:r>
        <w:t>Grundbudget: 2400 + 1200 + 840 = 4440. Gennemsnittet er 4440 / 3 = 1480.</w:t>
      </w:r>
    </w:p>
    <w:p>
      <w:r>
        <w:t>Tom D4: total 3600 og gennemsnit 1800, fordi kun to tal indgår. D4 med nul: totalen er stadig 3600, men gennemsnittet er 3600 / 3 = 1200.</w:t>
      </w:r>
    </w:p>
    <w:p>
      <w:r>
        <w:t>Forkert område D2:D3: 3600. Madpakkerne på 840 mangler. En gyldig formel er ikke i sig selv bevis for, at området er rigtigt.</w:t>
      </w:r>
    </w:p>
    <w:p>
      <w:r>
        <w:t>Øvelse med C3 på 55: museumsudgift 24 × 55 = 1320. Total 4560 og gennemsnit 1520. Tilbage af 5000 er 440, og pris pr. elev er 190.</w:t>
      </w:r>
    </w:p>
    <w:p>
      <w:r>
        <w:t>Efter nulstilling af C3 til 50: total 4440, gennemsnit 1480, tilbage 560 og pris pr. elev 185.</w:t>
      </w:r>
    </w:p>
    <w:p>
      <w:pPr>
        <w:pStyle w:val="Heading1"/>
      </w:pPr>
      <w:r>
        <w:t>Hvis resultatet er forkert</w:t>
      </w:r>
    </w:p>
    <w:p>
      <w:r>
        <w:t>Start formlen med =. Skriv parenteserne og kolonet som vist. Brug tal uden ord som kr. i beregningscellerne. Kontrollér første og sidste række i området. Medtag ikke totalcellen i dens egen beregning. Gendan D4 med formlen =B4*C4 efter testen; skriv ikke blot 840, hvis beregningen skal følge ændringer i antal eller pris.</w:t>
      </w:r>
    </w:p>
    <w:p>
      <w:r>
        <w:t>AVERAGE springer tomme celler over. Et tal, der er gemt som tekst, kan også blive overset. Skriv værdien som et rigtigt tal, hvis den skal indgå. Hvis dit ark ikke genkender de engelske navne, kontrollér indstillingen for funktionssprog; dansk brugerflade og funktionssprog er forskellige indstillinger.</w:t>
      </w:r>
    </w:p>
    <w:p>
      <w:pPr>
        <w:pStyle w:val="Heading1"/>
      </w:pPr>
      <w:r>
        <w:t>Filer og næste skridt</w:t>
      </w:r>
    </w:p>
    <w:p>
      <w:r>
        <w:t>G04-start.tsv er udgangspunktet. G04-facit.tsv indeholder de færdige formler. G04-facit-oevelse.tsv indeholder samme formler med museumsprisen 55. G04-formler.json samler de præcise formler. TSV bevarer ikke farver, kolonnebredder eller andre formater.</w:t>
      </w:r>
    </w:p>
    <w:p>
      <w:r>
        <w:t>Før denne lektion: G03 Beregn en pris med en formel. Næste: G05 Genbrug formler og beregn procenter. Google sponsorerer eller godkender ikke SkrivSikkerts kursus.</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