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 fælles opgaveliste</w:t>
      </w:r>
    </w:p>
    <w:p>
      <w:r>
        <w:t>Google Sheets G07 · Øvelse og facit · SkrivSikkert</w:t>
      </w:r>
    </w:p>
    <w:p>
      <w:r>
        <w:t>Mål: find det arbejde, der mangler, uden at miste forbindelsen mellem opgave, person og dato. Forudsætning: markér celler og indtast tekst. Filmens engelske menunavne står først; danske navne står i parentes.</w:t>
      </w:r>
    </w:p>
    <w:p>
      <w:pPr>
        <w:pStyle w:val="Heading1"/>
      </w:pPr>
      <w:r>
        <w:t>Gør sådan</w:t>
      </w:r>
    </w:p>
    <w:p>
      <w:pPr>
        <w:pStyle w:val="ListNumber"/>
      </w:pPr>
      <w:r>
        <w:t>Indsæt G07-start.tsv i A1 i et privat Google Sheets-ark. Brug dansk landestandard til datoerne. Filen indeholder kun tekst og værdier; rullemenuer, afkrydsninger og formatering oprettes i lektionen.</w:t>
      </w:r>
    </w:p>
    <w:p>
      <w:pPr>
        <w:pStyle w:val="ListNumber"/>
      </w:pPr>
      <w:r>
        <w:t>Tryk Ctrl+J, skriv D2:D7, og tryk Enter. Vælg Insert → Drop-down (Indsæt → Rullemenu). Kontrollér Færdig, I gang og Ikke startet. Klik Done (Udfør), og luk panelet.</w:t>
      </w:r>
    </w:p>
    <w:p>
      <w:pPr>
        <w:pStyle w:val="ListNumber"/>
      </w:pPr>
      <w:r>
        <w:t>Markér E2:E7 med Ctrl+J. Vælg Insert → Tick box (Indsæt → Afkrydsningsfelt). Status og aflevering er to forskellige oplysninger.</w:t>
      </w:r>
    </w:p>
    <w:p>
      <w:pPr>
        <w:pStyle w:val="ListNumber"/>
      </w:pPr>
      <w:r>
        <w:t>Markér hele A1:E7. Vælg Data → Create a filter (Data → Opret et filter). Sortér altid hele tabellen, så opgave, person og dato følges ad.</w:t>
      </w:r>
    </w:p>
    <w:p>
      <w:pPr>
        <w:pStyle w:val="ListNumber"/>
      </w:pPr>
      <w:r>
        <w:t>Åbn filteret ved Frist. Vælg Sort A to Z (Sortér A til Å). Den 5. november står først, med Lav spørgeskema og Sara på samme række.</w:t>
      </w:r>
    </w:p>
    <w:p>
      <w:pPr>
        <w:pStyle w:val="ListNumber"/>
      </w:pPr>
      <w:r>
        <w:t>Åbn filteret ved Status. Fjern Færdig, og klik OK. Der er fire synlige opgaver. Hullerne i rækkenumrene viser, at andre rækker er skjult.</w:t>
      </w:r>
    </w:p>
    <w:p>
      <w:pPr>
        <w:pStyle w:val="ListNumber"/>
      </w:pPr>
      <w:r>
        <w:t>Åbn Status igen. Klik Select all (Vælg alle), og klik OK. Alle seks opgaver kommer tilbage. En ændring af et almindeligt filter påvirker også andre, der arbejder i samme ark; aftal det med gruppen.</w:t>
      </w:r>
    </w:p>
    <w:p>
      <w:pPr>
        <w:pStyle w:val="ListNumber"/>
      </w:pPr>
      <w:r>
        <w:t>Åbn statusrullemenuen for Skriv indledning, og vælg Færdig. Kontrollér, at Jonas og den 9. november står på samme række.</w:t>
      </w:r>
    </w:p>
    <w:p>
      <w:pPr>
        <w:pStyle w:val="ListNumber"/>
      </w:pPr>
      <w:r>
        <w:t>Markér A2:E7. Vælg Format → Conditional formatting (Format → Betinget formatering). Åbn betingelseslisten, rul ned, og vælg Custom formula is (Tilpasset formel er).</w:t>
      </w:r>
    </w:p>
    <w:p>
      <w:pPr>
        <w:pStyle w:val="ListNumber"/>
      </w:pPr>
      <w:r>
        <w:t>Skriv =$E2. Kolonne E er fast, mens rækken følger med. Behold den grønne standardformatering, klik Done, og luk panelet. Reglen gælder kun dataområdet A2:E7.</w:t>
      </w:r>
    </w:p>
    <w:p>
      <w:pPr>
        <w:pStyle w:val="ListNumber"/>
      </w:pPr>
      <w:r>
        <w:t>Sæt kryds i Afleveret for Lav spørgeskema. Kun denne række bliver grøn. Afkrydsningen og statusteksten gør betydningen forståelig uden farven alene.</w:t>
      </w:r>
    </w:p>
    <w:p>
      <w:pPr>
        <w:pStyle w:val="Heading1"/>
      </w:pPr>
      <w:r>
        <w:t>Prøv selv</w:t>
      </w:r>
    </w:p>
    <w:p>
      <w:r>
        <w:t>Find kun Saras opgaver med filteret i Ansvarlig. Gendan derefter alle seks opgaver. Skift en opgaves status og markér en aflevering. Kontrollér opgave, person og dato før og efter.</w:t>
      </w:r>
    </w:p>
    <w:p>
      <w:r>
        <w:br w:type="page"/>
      </w:r>
    </w:p>
    <w:p>
      <w:pPr>
        <w:pStyle w:val="Heading1"/>
      </w:pPr>
      <w:r>
        <w:t>Facit</w:t>
      </w:r>
    </w:p>
    <w:p>
      <w:r>
        <w:t>Sara har Lav spørgeskema med frist 05-11-2026 og Læs korrektur med frist 11-11-2026. Filteret viser 2 af 6 rækker. Vælg alle tre personer og OK for at gendanne listen.</w:t>
      </w:r>
    </w:p>
    <w:p>
      <w:r>
        <w:t>Efter filmen er rækkefølgen: Lav spørgeskema; Find kilder; Skriv indledning; Lav diagram; Læs korrektur; Øv fremlæggelse. Status er henholdsvis Færdig, Færdig, Færdig, Ikke startet, I gang og Ikke startet.</w:t>
      </w:r>
    </w:p>
    <w:p>
      <w:r>
        <w:t>Kun Lav spørgeskema er afkrydset som afleveret. =$E2 anvendt på A2:E7 gør derfor kun første datarække grøn. Afkrydsningsfeltet indeholder TRUE; de øvrige indeholder FALSE.</w:t>
      </w:r>
    </w:p>
    <w:p>
      <w:r>
        <w:t>Hvis datoer sorteres forkert, skal de være rigtige datoværdier, ikke blandet tekst. Hvis en person mangler, så kontrollér alle aktive filtre. Hvis alle rækker får samme farve, så kontrollér, at rækken ikke er låst som $E$2.</w:t>
      </w:r>
    </w:p>
    <w:p>
      <w:r>
        <w:t>Nye rækker uden for A2:E7 er ikke automatisk omfattet af alle regler i dette eksempel. Udvid filter, rullemenuer, afkrydsninger og formateringsområde, når listen vokser.</w:t>
      </w:r>
    </w:p>
    <w:p>
      <w:r>
        <w:t>TSV-facit viser værdier, ikke interaktive afkrydsningsfelter, rullemenuer eller farver. Følg trinnene for at genskabe dem. Næste lektion viser en spørgeskemaundersøgelse som et diagram. Google sponsorerer eller godkender ikke kurset.</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