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Forklar klassens undersøgelse</w:t>
      </w:r>
    </w:p>
    <w:p>
      <w:r>
        <w:t>Google Sheets G10 · Øvelse og facit · SkrivSikkert</w:t>
      </w:r>
    </w:p>
    <w:p>
      <w:r>
        <w:t>Mål: sammenlign aktiviteter med et tydeligt søjlediagram og kontrollér konklusionen, når data ændres. Forudsætning: markér celler og indtast tal. Engelske menunavne står først, danske i parentes.</w:t>
      </w:r>
    </w:p>
    <w:p>
      <w:pPr>
        <w:pStyle w:val="Heading1"/>
      </w:pPr>
      <w:r>
        <w:t>Gør sådan</w:t>
      </w:r>
    </w:p>
    <w:p>
      <w:pPr>
        <w:pStyle w:val="ListNumber"/>
      </w:pPr>
      <w:r>
        <w:t>Indsæt G10-start.tsv i A1 i et privat ark. Markér A1:B5, vælg skriftstørrelse 14, gør første række fed, og tilpas kolonne A, så aktivitetsnavnene kan læses. Startfilen indeholder værdier, ikke et færdigt diagram.</w:t>
      </w:r>
    </w:p>
    <w:p>
      <w:pPr>
        <w:pStyle w:val="ListNumber"/>
      </w:pPr>
      <w:r>
        <w:t>Tryk Ctrl+J, skriv A1:B5, og tryk Enter. Markeringen skal indeholde både overskrifter og alle fire aktiviteter.</w:t>
      </w:r>
    </w:p>
    <w:p>
      <w:pPr>
        <w:pStyle w:val="ListNumber"/>
      </w:pPr>
      <w:r>
        <w:t>Vælg Insert → Chart (Indsæt → Diagram). Sheets foreslår her et Column chart (Søjlediagram). Hvis dit forslag er anderledes, vælg denne type i Chart type under Setup.</w:t>
      </w:r>
    </w:p>
    <w:p>
      <w:pPr>
        <w:pStyle w:val="ListNumber"/>
      </w:pPr>
      <w:r>
        <w:t>Kontrollér Data range: A1:B5. Aktivitet skal være etiketter, og Antal svar skal være talserien. Rul ned og kontrollér Use row 1 as headers og Use column A as labels. Overskriften tæller ikke som en aktivitet.</w:t>
      </w:r>
    </w:p>
    <w:p>
      <w:pPr>
        <w:pStyle w:val="ListNumber"/>
      </w:pPr>
      <w:r>
        <w:t>Vælg Customise → Chart and axis titles (Tilpas → Diagram- og aksetitler). Behold Chart title, skriv Hvad vil klassen lave? i Title text, og tryk Tab.</w:t>
      </w:r>
    </w:p>
    <w:p>
      <w:pPr>
        <w:pStyle w:val="ListNumber"/>
      </w:pPr>
      <w:r>
        <w:t>Åbn Series (Serie). Rul ned, og slå Data labels (Dataetiketter) til. Søjlerne viser nu 8, 6, 7 og 3.</w:t>
      </w:r>
    </w:p>
    <w:p>
      <w:pPr>
        <w:pStyle w:val="ListNumber"/>
      </w:pPr>
      <w:r>
        <w:t>Luk editoren. Klik i diagrammets tomme øverste område, og træk i den øverste kant for at placere det ved siden af tabellen. Træk ikke i et størrelseshåndtag.</w:t>
      </w:r>
    </w:p>
    <w:p>
      <w:pPr>
        <w:pStyle w:val="ListNumber"/>
      </w:pPr>
      <w:r>
        <w:t>Kontrollér, at y-aksen starter ved nul, og at aktivitetsnavne og tal er læselige. Boldspil har flest svar: 8. Der er 24 svar i alt.</w:t>
      </w:r>
    </w:p>
    <w:p>
      <w:pPr>
        <w:pStyle w:val="ListNumber"/>
      </w:pPr>
      <w:r>
        <w:t>Tryk Ctrl+J, skriv B5, og tryk Enter. Erstat 3 med 9, og tryk Enter. Gåtur har nu flest svar, og diagrammet følger den ændrede celle.</w:t>
      </w:r>
    </w:p>
    <w:p>
      <w:pPr>
        <w:pStyle w:val="ListNumber"/>
      </w:pPr>
      <w:r>
        <w:t>Kontrollér tabellen mod diagrammet. Tallene er 8, 6, 7 og 9, altså 30 svar. Vælg et diagram, der passer til spørgsmålet; her sammenligner søjlerne antal for fire aktiviteter.</w:t>
      </w:r>
    </w:p>
    <w:p>
      <w:pPr>
        <w:pStyle w:val="Heading1"/>
      </w:pPr>
      <w:r>
        <w:t>Prøv selv</w:t>
      </w:r>
    </w:p>
    <w:p>
      <w:r>
        <w:t>Efter filmens ændring: erstat Brætspils 6 svar i B3 med 10. Hvilken aktivitet er nu størst, og hvor mange svar er der i alt? Sammenlign den ændrede tabel med diagrammet.</w:t>
      </w:r>
    </w:p>
    <w:p>
      <w:r>
        <w:br w:type="page"/>
      </w:r>
    </w:p>
    <w:p>
      <w:pPr>
        <w:pStyle w:val="Heading1"/>
      </w:pPr>
      <w:r>
        <w:t>Facit</w:t>
      </w:r>
    </w:p>
    <w:p>
      <w:r>
        <w:t>Efter filmen: Boldspil 8, Brætspil 6, Kreativt værksted 7, Gåtur 9. Gåtur er størst. Total: 30.</w:t>
      </w:r>
    </w:p>
    <w:p>
      <w:r>
        <w:t>Efter øvelsen: Boldspil 8, Brætspil 10, Kreativt værksted 7, Gåtur 9. Brætspil er størst med 10. Total: 34. Øvelsen er afprøvet i det rigtige Google Sheets-ark.</w:t>
      </w:r>
    </w:p>
    <w:p>
      <w:r>
        <w:t>Hvis en aktivitet mangler: kontrollér dataområdet og akseetiketterne. Hvis en overskrift bliver en søjle: kontrollér, at første række bruges som overskrifter. Hvis dataetiketter er skjult, rul ned under Series.</w:t>
      </w:r>
    </w:p>
    <w:p>
      <w:r>
        <w:t>Hvis søjlerne ikke følger dine nye tal: kontrollér, at diagrammet bruger de celler, du ændrer, og at tallene er talværdier. Farve alene skal ikke forklare resultatet; behold tydelige navne og tal.</w:t>
      </w:r>
    </w:p>
    <w:p>
      <w:r>
        <w:t>TSV-facit indeholder filmens slutværdier. Det indeholder ikke diagrammet eller formateringen. Følg trinnene for at oprette dem. Google sponsorerer eller godkender ikke kurset.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