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Gør klassesalget klar til aflevering</w:t>
      </w:r>
    </w:p>
    <w:p>
      <w:r>
        <w:t>Google Sheets G13 · Øvelse og facit · SkrivSikkert</w:t>
      </w:r>
    </w:p>
    <w:p>
      <w:r>
        <w:t>Mål: importér en fil, fjern kun kendte registreringsfejl, og kontrollér den hentede fil. Forudsætning: markering, multiplikation og SUM. Menunavnene følger den engelske brugerflade i filmen.</w:t>
      </w:r>
    </w:p>
    <w:p>
      <w:pPr>
        <w:pStyle w:val="ListNumber"/>
      </w:pPr>
      <w:r>
        <w:t>Hent klassesalg.csv fra denne lektion. Opret et tomt, privat regneark. Behold CSV-originalen som sikkerhedskopi.</w:t>
      </w:r>
    </w:p>
    <w:p>
      <w:pPr>
        <w:pStyle w:val="ListNumber"/>
      </w:pPr>
      <w:r>
        <w:t>Vælg File → Import → Upload → Browse. Find klassesalg.csv i den mappe, hvor du hentede den, normalt Downloads/Overførsler, og åbn den. Filnavnet vises i importdialogen.</w:t>
      </w:r>
    </w:p>
    <w:p>
      <w:pPr>
        <w:pStyle w:val="ListNumber"/>
      </w:pPr>
      <w:r>
        <w:t>Vælg Replace current sheet, fordi det valgte ark er tomt. På et ark med eksisterende arbejde: vælg et nyt ark i stedet. Behold Detect automatically og Convert text to numbers, dates and formulas. Vælg Import data.</w:t>
      </w:r>
    </w:p>
    <w:p>
      <w:pPr>
        <w:pStyle w:val="ListNumber"/>
      </w:pPr>
      <w:r>
        <w:t>Kontrollér fire kolonner og fem salgsrækker. Dette eksempel bruger punktum i CSV-decimaltal og dag/måned/år i datoer. 10/11/2026 skal være 10. november. Forkert landestandard kan give forkert fortolkning; kontrollér den før beregninger. DAY(D2)=10 og MONTH(D2)=11 kan bruges som kontrol.</w:t>
      </w:r>
    </w:p>
    <w:p>
      <w:pPr>
        <w:pStyle w:val="ListNumber"/>
      </w:pPr>
      <w:r>
        <w:t>Skriv A1:E6 i navnefeltet og tryk Enter. Vælg skriftstørrelse 14. Markér A:D, højreklik på en markeret kolonneoverskrift, vælg Resize columns → Fit to data → OK.</w:t>
      </w:r>
    </w:p>
    <w:p>
      <w:pPr>
        <w:pStyle w:val="ListNumber"/>
      </w:pPr>
      <w:r>
        <w:t>Markér A1:D6. Vælg Data → Data clean-up → Trim whitespace. Ét ekstra indre mellemrum fjernes i Varm kakao. Bekræft med OK. CSV-importen har allerede fjernet de ydre mellemrum omkring Saft.</w:t>
      </w:r>
    </w:p>
    <w:p>
      <w:pPr>
        <w:pStyle w:val="ListNumber"/>
      </w:pPr>
      <w:r>
        <w:t>Vælg Data → Data clean-up → Remove duplicates. Slå Data has header row til, og behold alle fire kolonner valgt. Vælg Remove duplicates. Der fjernes én række, og fire bliver tilbage. Vælg OK. To ens salg kan være rigtige: slet kun en gentagelse, du ved er en registreringsfejl.</w:t>
      </w:r>
    </w:p>
    <w:p>
      <w:pPr>
        <w:pStyle w:val="ListNumber"/>
      </w:pPr>
      <w:r>
        <w:t>Skriv Beløb i E1 og =B2*C2 i E2. Markér E2:E5 og tryk Ctrl+D. Beløbene bliver 25, 48, 30 og 45.</w:t>
      </w:r>
    </w:p>
    <w:p>
      <w:pPr>
        <w:pStyle w:val="ListNumber"/>
      </w:pPr>
      <w:r>
        <w:t>Skriv I alt i D6 og =SUM(E2:E5) i E6. Kontrollér totalen 148. Tal og datoer skal være rigtige værdier, ikke blot tekst der ligner.</w:t>
      </w:r>
    </w:p>
    <w:p>
      <w:pPr>
        <w:pStyle w:val="ListNumber"/>
      </w:pPr>
      <w:r>
        <w:t>Vælg File → Download → Microsoft Excel (.xlsx). CSV indeholder værdier, men bevarer ikke samme formatering og formler. Vælg det format, modtageren har bedt om.</w:t>
      </w:r>
    </w:p>
    <w:p>
      <w:pPr>
        <w:pStyle w:val="ListNumber"/>
      </w:pPr>
      <w:r>
        <w:t>Vælg File → Open → Upload → Browse. Find den hentede XLSX-fil, normalt i Downloads/Overførsler, og åbn den. Sheets opretter her en kopi. Dette er en kontrol i Sheets, ikke en test i Microsoft Excel.</w:t>
      </w:r>
    </w:p>
    <w:p>
      <w:pPr>
        <w:pStyle w:val="ListNumber"/>
      </w:pPr>
      <w:r>
        <w:t>Markér E6 i kopien. Kontrollér 148 og SUM-formlen, fire salgsrækker, datoer og læselige overskrifter. Aflever først den version, du har kontrolleret.</w:t>
      </w:r>
    </w:p>
    <w:p>
      <w:pPr>
        <w:pStyle w:val="Heading1"/>
      </w:pPr>
      <w:r>
        <w:t>Prøv selv</w:t>
      </w:r>
    </w:p>
    <w:p>
      <w:r>
        <w:t>I den genåbnede kopi: ret B2 fra 2 til 4. Kontrollér beløb og total. Hent en ny XLSX, og giv den et tydeligt versionsnavn før aflevering.</w:t>
      </w:r>
    </w:p>
    <w:p>
      <w:pPr>
        <w:pStyle w:val="Heading1"/>
      </w:pPr>
      <w:r>
        <w:t>Facit og fejlkontrol</w:t>
      </w:r>
    </w:p>
    <w:p>
      <w:r>
        <w:t>Efter oprydning: Saft 25, Boller 48, Frugt 30, Varm kakao 45. Total 148. Datoerne er 10. og 11. november 2026.</w:t>
      </w:r>
    </w:p>
    <w:p>
      <w:r>
        <w:t>Efter øvelsen: Saft 50, total 173. Det er verificeret i den genåbnede Sheets-kopi efter genberegning. Hent ikke filen, mens beregningen stadig er i gang.</w:t>
      </w:r>
    </w:p>
    <w:p>
      <w:r>
        <w:t>Hvis totalen ikke ændres, kontrollér at E2 indeholder =B2*C2, at E6 summerer E2:E5, og at B2 er et tal. En kopi af færdige værdier erstatter ikke formlerne.</w:t>
      </w:r>
    </w:p>
    <w:p>
      <w:r>
        <w:t>Hvis datoen bliver en anden måned, brug originalfilen igen og kontrollér landestandard/datofortolkning. Et formatvalg ændrer udseende, men gør ikke en forkert fortolket dato rigtig.</w:t>
      </w:r>
    </w:p>
    <w:p>
      <w:r>
        <w:t>Ved upload vises den rigtige fil og importdialog. Operativsystemets filvælger er ikke optaget. Ingen privat filoversigt vises i den færdige video.</w:t>
      </w:r>
    </w:p>
    <w:p>
      <w:r>
        <w:t>Google sponsorerer eller godkender ikke kurset. Kun fiktive salgsdata er brugt.</w:t>
      </w:r>
    </w:p>
    <w:sectPr w:rsidR="00FC693F" w:rsidRPr="0006063C" w:rsidSect="00034616">
      <w:pgSz w:w="12240" w:h="15840"/>
      <w:pgMar w:top="936" w:right="1800" w:bottom="936"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