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Undersøg klassens turvalg</w:t>
      </w:r>
    </w:p>
    <w:p>
      <w:r>
        <w:t>Google Sheets G19 · Øvelse og facit · SkrivSikkert</w:t>
      </w:r>
    </w:p>
    <w:p>
      <w:r>
        <w:t>Mål: kontrollér en konklusion med både betingede formler og en pivottabel. Forudsætning: celler, områder og kopiering af formler. Engelske menunavne følger filmen. Formlerne bruger semikolon; i nogle landestandarder bruges komma som separator.</w:t>
      </w:r>
    </w:p>
    <w:p>
      <w:pPr>
        <w:pStyle w:val="ListNumber"/>
      </w:pPr>
      <w:r>
        <w:t>Opret et tomt, privat regneark. Importér G19-start.tsv med File → Import → Upload, som i importlektionen. Kontrollér fire kolonner, overskrifter i række 1 og 24 svar i række 2–25. Behold originalfilen.</w:t>
      </w:r>
    </w:p>
    <w:p>
      <w:pPr>
        <w:pStyle w:val="ListNumber"/>
      </w:pPr>
      <w:r>
        <w:t>Gør arket læseligt: markér A1:J26, og vælg skriftstørrelse 14. Gør kolonne G bredere, så aktivitetens navn kan læses.</w:t>
      </w:r>
    </w:p>
    <w:p>
      <w:pPr>
        <w:pStyle w:val="ListNumber"/>
      </w:pPr>
      <w:r>
        <w:t>Skriv Aktivitet, Svar, Budget og Vurdering i G1:J1. Skriv Museum, Naturtur og Teater i G2:G4.</w:t>
      </w:r>
    </w:p>
    <w:p>
      <w:pPr>
        <w:pStyle w:val="ListNumber"/>
      </w:pPr>
      <w:r>
        <w:t>Skriv =COUNTIF($B$2:$B$25;G2) i H2. Den tæller svar på Museum. Dollartegnene holder kildens rækker fast ved kopiering.</w:t>
      </w:r>
    </w:p>
    <w:p>
      <w:pPr>
        <w:pStyle w:val="ListNumber"/>
      </w:pPr>
      <w:r>
        <w:t>Skriv =SUMIF($B$2:$B$25;G2;$D$2:$D$25) i I2. Områderne skal dække de samme rækker.</w:t>
      </w:r>
    </w:p>
    <w:p>
      <w:pPr>
        <w:pStyle w:val="ListNumber"/>
      </w:pPr>
      <w:r>
        <w:t>Skriv =IF(H2&gt;=9;"Nok til hold";"Mangler svar") i J2. Grænsen ni er en aftale i dette eksempel, ikke en regel i Sheets.</w:t>
      </w:r>
    </w:p>
    <w:p>
      <w:pPr>
        <w:pStyle w:val="ListNumber"/>
      </w:pPr>
      <w:r>
        <w:t>Markér H2:J4, og tryk Ctrl+D. Alle tre aktiviteter skal have 8 svar, budget 1100 og Mangler svar.</w:t>
      </w:r>
    </w:p>
    <w:p>
      <w:pPr>
        <w:pStyle w:val="ListNumber"/>
      </w:pPr>
      <w:r>
        <w:t>Skriv Museum med bus i G6. Skriv =COUNTIFS(B2:B25;"Museum";C2:C25;"Bus") i H6. Resultatet er 4. Begge betingelser skal gælde i samme række.</w:t>
      </w:r>
    </w:p>
    <w:p>
      <w:pPr>
        <w:pStyle w:val="ListNumber"/>
      </w:pPr>
      <w:r>
        <w:t>Markér A1:D25. Vælg Insert → Pivot table. Kontrollér området, behold New sheet, og vælg Create.</w:t>
      </w:r>
    </w:p>
    <w:p>
      <w:pPr>
        <w:pStyle w:val="ListNumber"/>
      </w:pPr>
      <w:r>
        <w:t>Markér A1:D10 på pivotarket, og vælg skriftstørrelse 14. Gå tilbage til A1. Ved Rows vælger du Add → Aktivitet.</w:t>
      </w:r>
    </w:p>
    <w:p>
      <w:pPr>
        <w:pStyle w:val="ListNumber"/>
      </w:pPr>
      <w:r>
        <w:t>Ved Values vælger du Add → Budget. Kontrollér Summarise by: SUM. Ved Columns vælger du Add → Transport.</w:t>
      </w:r>
    </w:p>
    <w:p>
      <w:pPr>
        <w:pStyle w:val="ListNumber"/>
      </w:pPr>
      <w:r>
        <w:t>Dobbeltklik på grænsen mellem kolonne A og B, hvis overskriften er klippet. Hver aktivitet har 1100; Bus 1500; Tog 1800; Grand Total 3300.</w:t>
      </w:r>
    </w:p>
    <w:p>
      <w:pPr>
        <w:pStyle w:val="ListNumber"/>
      </w:pPr>
      <w:r>
        <w:t>Rul ned i editoren. Ved Filters: Add → Transport. Åbn Status, fjern kun Tog, og vælg OK. Bus-totalen bliver 1500. Kildens svar er stadig bevaret.</w:t>
      </w:r>
    </w:p>
    <w:p>
      <w:pPr>
        <w:pStyle w:val="ListNumber"/>
      </w:pPr>
      <w:r>
        <w:t>Fjern filteret med krydset i Transport under Filters. Fjern ikke Transport under Columns. Totalen 3300 kommer tilbage.</w:t>
      </w:r>
    </w:p>
    <w:p>
      <w:pPr>
        <w:pStyle w:val="Heading1"/>
      </w:pPr>
      <w:r>
        <w:t>Prøv selv</w:t>
      </w:r>
    </w:p>
    <w:p>
      <w:r>
        <w:t>På Sheet1: ret B25 fra Teater til Museum. Kontrollér både G2:J4 og pivottabellen. Ret derefter B25 tilbage til Teater, hvis du vil genskabe udgangspunktet.</w:t>
      </w:r>
    </w:p>
    <w:p>
      <w:pPr>
        <w:pStyle w:val="Heading1"/>
      </w:pPr>
      <w:r>
        <w:t>Facit og fejlkontrol</w:t>
      </w:r>
    </w:p>
    <w:p>
      <w:r>
        <w:t>Museum: 9 svar, 1275 kroner, Nok til hold. Naturtur: 8 svar og 1100 kroner. Teater: 7 svar og 925 kroner. Pivottabellens total er stadig 3300. Begge resultater er kontrolleret i det rigtige Sheets-ark.</w:t>
      </w:r>
    </w:p>
    <w:p>
      <w:r>
        <w:t>Viser pivottabellen kun 1500, er busfilteret stadig aktivt. Kontrollér filteret, før du konkluderer, at penge mangler.</w:t>
      </w:r>
    </w:p>
    <w:p>
      <w:r>
        <w:t>Viser Budget et antal i stedet for kroner, kontrollér at Values bruger SUM og at kildens budgetter er tal.</w:t>
      </w:r>
    </w:p>
    <w:p>
      <w:r>
        <w:t>Hvis nye svar ikke kommer med, kontrollér Data range. Filmen bruger det faste område A1:D25; rækker udenfor dette område er ikke med.</w:t>
      </w:r>
    </w:p>
    <w:p>
      <w:r>
        <w:t>G19-facit.xlsx er eksporteret fra det kontrollerede regneark. Originaldata og formler er bevaret. Dette er ikke en selvstændig kompatibilitetstest i Microsoft Excel.</w:t>
      </w:r>
    </w:p>
    <w:p>
      <w:r>
        <w:t>Google sponsorerer eller godkender ikke kurset. Alle svar er opdigtede.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