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Byg og kontrollér dit eget turbudget</w:t>
      </w:r>
    </w:p>
    <w:p>
      <w:r>
        <w:t>Google Sheets G24 · Øvelse og facit · SkrivSikkert</w:t>
      </w:r>
    </w:p>
    <w:p>
      <w:r>
        <w:t>Mål: diagnosticér en fejl og genbrug et forståeligt budget. Forudsætning: de tidligere budget-, diagram- og importlektioner. Alle tal og personer er opdigtede. Prøv at forklare hvert resultat, før du ser facit.</w:t>
      </w:r>
    </w:p>
    <w:p>
      <w:pPr>
        <w:pStyle w:val="ListNumber"/>
      </w:pPr>
      <w:r>
        <w:t>Importér G24-start.tsv i et tomt, privat Google Sheets-ark med File → Import → Upload. Vælg filen fra din Downloads-mappe. Behold fortolkning af tal og formler slået til. Kontrollér A1:D10. Markér A1:H12 og vælg skriftstørrelse 14. Træk grænsen mellem A og B mod højre, så navnene er læselige. Dette er forberedelsen før filmen.</w:t>
      </w:r>
    </w:p>
    <w:p>
      <w:pPr>
        <w:pStyle w:val="ListNumber"/>
      </w:pPr>
      <w:r>
        <w:t>Undersøg fejlen i D10. Formlen =D9/B2 deler totalen med deltagerantallet, der er nul. Ret B2 til 24. D9 skal blive 4560 og D10 190. En fejl skal forklares og rettes ved årsagen.</w:t>
      </w:r>
    </w:p>
    <w:p>
      <w:pPr>
        <w:pStyle w:val="ListNumber"/>
      </w:pPr>
      <w:r>
        <w:t>Lav oversigten i F4:G7: Udgift og Kroner i række 4; =A5 og =D5 i række 5; =A6 og =D6 i række 6; =A7 og =D7 i række 7. Henvisningerne gør oversigten levende.</w:t>
      </w:r>
    </w:p>
    <w:p>
      <w:pPr>
        <w:pStyle w:val="ListNumber"/>
      </w:pPr>
      <w:r>
        <w:t>Markér F4:G7. Vælg Insert → Chart. Kontrollér Pie chart, området F4:G7, række 4 som overskrift og kolonne F som labels. Tag ikke totalen med som en fjerde udgift.</w:t>
      </w:r>
    </w:p>
    <w:p>
      <w:pPr>
        <w:pStyle w:val="ListNumber"/>
      </w:pPr>
      <w:r>
        <w:t>Vælg Customise → Chart and axis titles. Skriv Hvad koster turen? i Chart title. Tryk Tab, og luk editoren. Klik i diagrammets tomme topområde for at markere det, og træk det til højre.</w:t>
      </w:r>
    </w:p>
    <w:p>
      <w:pPr>
        <w:pStyle w:val="ListNumber"/>
      </w:pPr>
      <w:r>
        <w:t>Markér D5:D10. Vælg Data → Protect sheets and ranges. Hvis oversigten vises, vælg først Add a sheet or range. Skriv Formler – ret kun input, og kontrollér Sheet1!D5:D10. Vælg Set permissions.</w:t>
      </w:r>
    </w:p>
    <w:p>
      <w:pPr>
        <w:pStyle w:val="ListNumber"/>
      </w:pPr>
      <w:r>
        <w:t>Vælg Show a warning when editing this range og Done. Luk sidepanelet. Dette er kun en advarsel: en bruger kan vælge at fortsætte. Det er ikke adgangskontrol. B6:B7 og oversigtens formler er ikke med i D5:D10.</w:t>
      </w:r>
    </w:p>
    <w:p>
      <w:pPr>
        <w:pStyle w:val="ListNumber"/>
      </w:pPr>
      <w:r>
        <w:t>Prøv at skrive 999 i D10. Vælg Cancel i advarslen. Kontrollér, at formlen og de 190 kroner er bevaret. Vælg ikke OK ved en utilsigtet ændring.</w:t>
      </w:r>
    </w:p>
    <w:p>
      <w:pPr>
        <w:pStyle w:val="ListNumber"/>
      </w:pPr>
      <w:r>
        <w:t>Vælg File → Make a copy. Skriv Klassetur – næste tur. Behold My Drive; lad Share it with the same people og Copy comments være tomme. Vælg Make a copy.</w:t>
      </w:r>
    </w:p>
    <w:p>
      <w:pPr>
        <w:pStyle w:val="ListNumber"/>
      </w:pPr>
      <w:r>
        <w:t>Kontrollér navnet i den nye fane. Ret kun B2 til 30. Totalen bliver 5250 og prisen pr. elev 175. Diagrammet ændres med tallene. Originalen skal stadig vise 24 deltagere og 4560.</w:t>
      </w:r>
    </w:p>
    <w:p>
      <w:pPr>
        <w:pStyle w:val="ListNumber"/>
      </w:pPr>
      <w:r>
        <w:t>Vælg File → Download → Microsoft Excel (.xlsx). Find Klassetur – næste tur.xlsx i browserens hentede filer eller Windows Downloads. Kontrollér den præcise fil, især hvis browseren har tilføjet (1) til navnet.</w:t>
      </w:r>
    </w:p>
    <w:p>
      <w:pPr>
        <w:pStyle w:val="ListNumber"/>
      </w:pPr>
      <w:r>
        <w:t>Genåbn den hentede fil før aflevering. I Sheets kan du bruge File → Open → Upload → Browse, vælge filen i Downloads og åbne den. Kontrollér 30 deltagere, total 5250, 175 pr. elev og de tre diagramkategorier. XLSX-rundturen er prøvet i Sheets: diagrammets labels ændrede layout. Advarsler og udseende må ikke antages bevaret i andre programmer. Ingen test i Microsoft Excel er påstået.</w:t>
      </w:r>
    </w:p>
    <w:p>
      <w:pPr>
        <w:pStyle w:val="Heading1"/>
      </w:pPr>
      <w:r>
        <w:t>Prøv selv</w:t>
      </w:r>
    </w:p>
    <w:p>
      <w:r>
        <w:t>I din kopi: sæt B2 til 20 deltagere og C6 til 80 kroner pr. billet. Kontrollér total, pris pr. elev og diagram. Forklar forskellen fra 30-personersbudgettet. Hent og genåbn en ny kopi. Gendan 30 og 75, hvis du vil tilbage til filmens slutresultat.</w:t>
      </w:r>
    </w:p>
    <w:p>
      <w:pPr>
        <w:pStyle w:val="Heading1"/>
      </w:pPr>
      <w:r>
        <w:t>Facit</w:t>
      </w:r>
    </w:p>
    <w:p>
      <w:r>
        <w:t>Transport 1800, billetter 1600, mad 800. Total 4200. Pris pr. elev 210. Færre deler den faste transportudgift, og billetprisen er højere. Disse resultater er kontrolleret i det rigtige Sheets-ark. Den vedlagte G24-facit.xlsx viser filmens afsluttende 30-personersbudget, ikke denne ekstra øvelse.</w:t>
      </w:r>
    </w:p>
    <w:p>
      <w:r>
        <w:t>Husk: Protect sheets and ranges er ikke en hemmelighedsfunktion. Del aldrig følsomme oplysninger med nogen, der ikke må se dem. Downloadkontrollen er en selvstændig opgave i denne film; selve filvælgeren og genåbningen er ikke optaget.</w:t>
      </w:r>
    </w:p>
    <w:p>
      <w:r>
        <w:t>Google sponsorerer eller godkender ikke kurset.</w:t>
      </w:r>
    </w:p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