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MC01 · Din første lysbesked</w:t>
      </w:r>
    </w:p>
    <w:p>
      <w:r>
        <w:t>Du skal lave en lysbesked, som vises, når du trykker på A. Bagefter skal du kunne åbne din gemte projektfil og arbejde videre.</w:t>
      </w:r>
    </w:p>
    <w:p>
      <w:r>
        <w:t>Du behøver en browser og adgang til https://makecode.microbit.org/. Du behøver hverken login eller en fysisk micro:bit. MakeCode er programværktøjet. En micro:bit er det fysiske printkort. Simulatoren er den virtuelle udgave i browseren.</w:t>
      </w:r>
    </w:p>
    <w:p>
      <w:r>
        <w:t>1. Vælg Dansk i editorens sprogmenu, hvis menuerne står på et andet sprog.</w:t>
      </w:r>
    </w:p>
    <w:p>
      <w:r>
        <w:t>2. Vælg Nyt projekt. Skriv Min lysbesked, og vælg Opret.</w:t>
      </w:r>
    </w:p>
    <w:p>
      <w:r>
        <w:t>3. Vælg Input. Træk når der trykkes på knappen A ud på arbejdsområdet.</w:t>
      </w:r>
    </w:p>
    <w:p>
      <w:r>
        <w:t>4. Vælg Grundlæggende. Træk vis ikon ind i A-blokken, så de hænger sammen. Behold hjertet.</w:t>
      </w:r>
    </w:p>
    <w:p>
      <w:r>
        <w:t>5. Forudsig resultatet. Tryk derefter på A på simulatoren. De lysende prikker skal danne et hjerte.</w:t>
      </w:r>
    </w:p>
    <w:p>
      <w:r>
        <w:t>6. Vælg Gem projektet ved projektnavnet. Projektet hentes som en .hex-fil. Hvis dialogen om tilslutning vises, vælger du Færdig.</w:t>
      </w:r>
    </w:p>
    <w:p>
      <w:r>
        <w:t>7. Opbevar projektfilen i din øvelsesmappe. Browserens gemmested afhænger af dens indstillinger. Filen er din sikkerhedskopi; browserens automatisk gemte projekt er ikke nok.</w:t>
      </w:r>
    </w:p>
    <w:p>
      <w:r>
        <w:t>8. Gå til Startskærm → Importer → Importer fil... Vælg Choose File, find din .hex-fil, og åbn den. Kontrollér filnavnet, og vælg Gå i gang!</w:t>
      </w:r>
    </w:p>
    <w:p>
      <w:r>
        <w:t>9. Giv den importerede kopi et andet navn, eksempelvis Min lysbesked kopi. Tryk på A igen og sammenlign resultatet.</w:t>
      </w:r>
    </w:p>
    <w:p>
      <w:pPr>
        <w:pStyle w:val="Heading1"/>
      </w:pPr>
      <w:r>
        <w:t>Kontrol</w:t>
      </w:r>
    </w:p>
    <w:p>
      <w:r>
        <w:t>□ A viser et hjerte i originalen.</w:t>
      </w:r>
    </w:p>
    <w:p>
      <w:r>
        <w:t>□ Filen findes i den valgte øvelsesmappe.</w:t>
      </w:r>
    </w:p>
    <w:p>
      <w:r>
        <w:t>□ Filen åbner igen som et redigerbart projekt.</w:t>
      </w:r>
    </w:p>
    <w:p>
      <w:r>
        <w:t>□ A viser samme hjerte i den importerede kopi.</w:t>
      </w:r>
    </w:p>
    <w:p>
      <w:r>
        <w:t>□ Originalen findes stadig som et særskilt projekt.</w:t>
      </w:r>
    </w:p>
    <w:p>
      <w:r>
        <w:t>□ B viser ikke et nyt billede. Der er kun lavet kode til A.</w:t>
      </w:r>
    </w:p>
    <w:p>
      <w:r>
        <w:t>□ Efter genstart er LED-skærmen tom, indtil du trykker på A.</w:t>
      </w:r>
    </w:p>
    <w:p>
      <w:r>
        <w:t>□ Flere tryk på A giver stadig det samme hjerte.</w:t>
      </w:r>
    </w:p>
    <w:p>
      <w:pPr>
        <w:pStyle w:val="Heading1"/>
      </w:pPr>
      <w:r>
        <w:t>Prøv selv</w:t>
      </w:r>
    </w:p>
    <w:p>
      <w:r>
        <w:t>Skift ikonet i kopien til ja. Forudsig det nye resultat, og tryk på A igen. Undersøg, om originalen stadig har hjertet.</w:t>
      </w:r>
    </w:p>
    <w:p>
      <w:r>
        <w:t>Løsningen findes separat i løsningsarket. MC01-Min-lysbesked.hex indeholder det færdige hjerteprogram. MC01-Loesning-flueben.hex indeholder løsningen til ekstraopgaven. Start grundøvelsen med Nyt projekt.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MC01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MC01 · Din første lysbesked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