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MC03 Forklaret løsning</w:t>
      </w:r>
    </w:p>
    <w:p>
      <w:r>
        <w:t>Åbn MC03-Loesning-fem.hex. Et tryk på A giver fem omgange med hjerte og flueben. Den første pause er 1000 millisekunder. Den anden er 500. Skærmen bliver tom til sidst.</w:t>
      </w:r>
    </w:p>
    <w:p>
      <w:pPr>
        <w:pStyle w:val="Heading1"/>
      </w:pPr>
      <w:r>
        <w:t>Blokkenes rækkefølge</w:t>
      </w:r>
    </w:p>
    <w:p>
      <w:pPr>
        <w:pStyle w:val="ListNumber"/>
      </w:pPr>
      <w:r>
        <w:t>Når der trykkes på knappen A</w:t>
      </w:r>
    </w:p>
    <w:p>
      <w:pPr>
        <w:pStyle w:val="ListNumber"/>
      </w:pPr>
      <w:r>
        <w:t>Gentag 5 gange</w:t>
      </w:r>
    </w:p>
    <w:p>
      <w:pPr>
        <w:pStyle w:val="ListNumber"/>
      </w:pPr>
      <w:r>
        <w:t>Inde i gentagelsen vises hjerte, pause 1000, flueben og pause 500 i den rækkefølge.</w:t>
      </w:r>
    </w:p>
    <w:p>
      <w:pPr>
        <w:pStyle w:val="ListNumber"/>
      </w:pPr>
      <w:r>
        <w:t>Efter gentagelsen kommer ryd skærmen.</w:t>
      </w:r>
    </w:p>
    <w:p>
      <w:pPr>
        <w:pStyle w:val="Heading1"/>
      </w:pPr>
      <w:r>
        <w:t>Derfor virker det</w:t>
      </w:r>
    </w:p>
    <w:p>
      <w:r>
        <w:t>Tallet 5 gentager hele indholdet. Pausen på 1000 er ét sekund og dermed dobbelt så lang som pausen på 500. Hjertet bliver stående længere end i grundøvelsen. Vis ikon har også sin egen visningstid, så pausetallet er ikke hele billedets samlede tid på skærmen.</w:t>
      </w:r>
    </w:p>
    <w:p>
      <w:r>
        <w:t>Ryd skærmen ligger uden for gentagelsen. Derfor bliver skærmen først tom efter alle fem omgange. Inde i gentagelsen ville den blive tømt ved hver omgang.</w:t>
      </w:r>
    </w:p>
    <w:p>
      <w:pPr>
        <w:pStyle w:val="Heading1"/>
      </w:pPr>
      <w:r>
        <w:t>Undersøg mere</w:t>
      </w:r>
    </w:p>
    <w:p>
      <w:r>
        <w:t>Prøv 0 og 1 som antal. Ved 0 springes gentagelsens indhold over, men skærmen ryddes stadig. Ved 1 kører én omgang. For altid gentager, mens simulatoren kører, og har intet slutantal.</w:t>
      </w:r>
    </w:p>
    <w:p>
      <w:pPr>
        <w:pStyle w:val="Heading1"/>
      </w:pPr>
      <w:r>
        <w:t>Hvis resultatet er anderledes</w:t>
      </w:r>
    </w:p>
    <w:p>
      <w:r>
        <w:t>Kontrollér, at begge billeder og begge pauser ligger inde i gentagelsen. Ryd skærmen skal ligge efter gentagelsen. Tryk kun én gang på A, og vent på den tomme skærm før næste tryk. Et ekstra tryk undervejs kan sætte endnu en hel sekvens i kø.</w:t>
      </w:r>
    </w:p>
    <w:p>
      <w:r>
        <w:t>Du kan sammenligne med MC03-Lyssekvens-tre.hex, hvor begge pauser er 500 og antallet er 3.</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MC03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MC03 Forklaret løsning</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