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MC03 Byg en lyssekvens</w:t>
      </w:r>
    </w:p>
    <w:p>
      <w:r>
        <w:t>Du skal få et hjerte og et flueben til at gentage tre gange. Til sidst skal skærmen være tom. Du arbejder i MakeCodes simulator og behøver hverken konto eller fysisk microbit.</w:t>
      </w:r>
    </w:p>
    <w:p>
      <w:pPr>
        <w:pStyle w:val="Heading1"/>
      </w:pPr>
      <w:r>
        <w:t>Kom i gang</w:t>
      </w:r>
    </w:p>
    <w:p>
      <w:r>
        <w:t>Åbn MC03-Start-hjerte.hex med Importer på MakeCodes startside. Tryk på A og se hjertet. Giv projektet navnet Min lyssekvens.</w:t>
      </w:r>
    </w:p>
    <w:p>
      <w:pPr>
        <w:pStyle w:val="Heading1"/>
      </w:pPr>
      <w:r>
        <w:t>Byg og afprøv</w:t>
      </w:r>
    </w:p>
    <w:p>
      <w:pPr>
        <w:pStyle w:val="ListNumber"/>
      </w:pPr>
      <w:r>
        <w:t>Træk endnu en vis ikon ind under hjertet i A-blokken. Vælg fluebenet.</w:t>
      </w:r>
    </w:p>
    <w:p>
      <w:pPr>
        <w:pStyle w:val="ListNumber"/>
      </w:pPr>
      <w:r>
        <w:t>Sæt en pause på 500 mellem billederne og en pause på 500 efter fluebenet.</w:t>
      </w:r>
    </w:p>
    <w:p>
      <w:pPr>
        <w:pStyle w:val="ListNumber"/>
      </w:pPr>
      <w:r>
        <w:t>Forudsig rækkefølgen. Tryk på A, og følg de to billeder.</w:t>
      </w:r>
    </w:p>
    <w:p>
      <w:pPr>
        <w:pStyle w:val="ListNumber"/>
      </w:pPr>
      <w:r>
        <w:t>Skift den første pause til 1000. Kør igen, og beskriv forskellen. Sæt den tilbage til 500.</w:t>
      </w:r>
    </w:p>
    <w:p>
      <w:pPr>
        <w:pStyle w:val="ListNumber"/>
      </w:pPr>
      <w:r>
        <w:t>Læg begge billeder og begge pauser i gentag. Skriv 3. Gentagelsen skal blive inde i A-blokken.</w:t>
      </w:r>
    </w:p>
    <w:p>
      <w:pPr>
        <w:pStyle w:val="ListNumber"/>
      </w:pPr>
      <w:r>
        <w:t>Læg ryd skærmen efter gentagelsen, stadig inde i A-blokken.</w:t>
      </w:r>
    </w:p>
    <w:p>
      <w:pPr>
        <w:pStyle w:val="ListNumber"/>
      </w:pPr>
      <w:r>
        <w:t>Tryk én gang på A. Tæl fluebenene, og vent på den tomme skærm.</w:t>
      </w:r>
    </w:p>
    <w:p>
      <w:pPr>
        <w:pStyle w:val="Heading1"/>
      </w:pPr>
      <w:r>
        <w:t>Prøv selv</w:t>
      </w:r>
    </w:p>
    <w:p>
      <w:r>
        <w:t>Lad sekvensen køre fem gange. Skift kun den første pause til 1000. Forudsig resultatet, før du starter. Gem kopien som en fil, åbn den igen, og kontrollér fem flueben og tom slutskærm.</w:t>
      </w:r>
    </w:p>
    <w:p>
      <w:pPr>
        <w:pStyle w:val="Heading1"/>
      </w:pPr>
      <w:r>
        <w:t>Forklar med egne ord</w:t>
      </w:r>
    </w:p>
    <w:p>
      <w:r>
        <w:t>Hvad ændrer pausen? Hvad ændrer antallet af gentagelser? Hvad sker der, hvis ryd skærmen ligger inde i gentagelsen?</w:t>
      </w:r>
    </w:p>
    <w:sectPr w:rsidR="00FC693F" w:rsidRPr="0006063C" w:rsidSect="00034616">
      <w:footerReference w:type="default" r:id="rId9"/>
      <w:pgSz w:w="11906" w:h="16838"/>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t xml:space="preserve">SkrivSikkert · MC03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line="252" w:lineRule="auto"/>
    </w:pPr>
    <w:rPr>
      <w:rFonts w:ascii="Calibri" w:hAnsi="Calibri"/>
      <w:color w:val="000000"/>
      <w:sz w:val="21"/>
      <w:u w:val="none"/>
    </w:rPr>
  </w:style>
  <w:style w:type="paragraph" w:styleId="Header">
    <w:name w:val="header"/>
    <w:basedOn w:val="Normal"/>
    <w:link w:val="Head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rFonts w:ascii="Calibri" w:hAnsi="Calibri"/>
      <w:color w:val="000000"/>
      <w:u w:val="none"/>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80"/>
      <w:outlineLvl w:val="0"/>
    </w:pPr>
    <w:rPr>
      <w:rFonts w:asciiTheme="majorHAnsi" w:eastAsiaTheme="majorEastAsia" w:hAnsiTheme="majorHAnsi" w:cstheme="majorBidi" w:ascii="Calibri" w:hAnsi="Calibri"/>
      <w:b/>
      <w:bCs/>
      <w:color w:val="000000"/>
      <w:sz w:val="28"/>
      <w:szCs w:val="28"/>
      <w:u w:val="none"/>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Calibri" w:hAnsi="Calibri"/>
      <w:b/>
      <w:bCs/>
      <w:color w:val="000000"/>
      <w:sz w:val="22"/>
      <w:szCs w:val="26"/>
      <w:u w:val="none"/>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000000"/>
      <w:u w:val="none"/>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ascii="Calibri" w:hAnsi="Calibri"/>
      <w:b/>
      <w:bCs/>
      <w:i/>
      <w:iCs/>
      <w:color w:val="000000"/>
      <w:u w:val="none"/>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ascii="Calibri" w:hAnsi="Calibri"/>
      <w:color w:val="000000"/>
      <w:u w:val="none"/>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ascii="Calibri" w:hAnsi="Calibri"/>
      <w:i/>
      <w:iCs/>
      <w:color w:val="000000"/>
      <w:u w:val="none"/>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ascii="Calibri" w:hAnsi="Calibri"/>
      <w:i/>
      <w:iCs/>
      <w:color w:val="000000"/>
      <w:u w:val="none"/>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ascii="Calibri" w:hAnsi="Calibri"/>
      <w:color w:val="000000"/>
      <w:sz w:val="20"/>
      <w:szCs w:val="20"/>
      <w:u w:val="none"/>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ascii="Calibri" w:hAnsi="Calibri"/>
      <w:i/>
      <w:iCs/>
      <w:color w:val="000000"/>
      <w:sz w:val="20"/>
      <w:szCs w:val="20"/>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rPr>
      <w:rFonts w:ascii="Calibri" w:hAnsi="Calibri"/>
      <w:color w:val="000000"/>
      <w:u w:val="none"/>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Calibri" w:hAnsi="Calibri"/>
      <w:color w:val="000000"/>
      <w:spacing w:val="5"/>
      <w:kern w:val="28"/>
      <w:sz w:val="52"/>
      <w:szCs w:val="52"/>
      <w:u w:val="none"/>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Calibri" w:hAnsi="Calibri"/>
      <w:i/>
      <w:iCs/>
      <w:color w:val="000000"/>
      <w:spacing w:val="15"/>
      <w:sz w:val="24"/>
      <w:szCs w:val="24"/>
      <w:u w:val="none"/>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rPr>
      <w:rFonts w:ascii="Calibri" w:hAnsi="Calibri"/>
      <w:color w:val="000000"/>
      <w:u w:val="none"/>
    </w:rPr>
  </w:style>
  <w:style w:type="paragraph" w:styleId="BodyText">
    <w:name w:val="Body Text"/>
    <w:basedOn w:val="Normal"/>
    <w:link w:val="BodyTextChar"/>
    <w:uiPriority w:val="99"/>
    <w:unhideWhenUsed/>
    <w:rsid w:val="00AA1D8D"/>
    <w:pPr>
      <w:spacing w:after="120"/>
    </w:pPr>
    <w:rPr>
      <w:rFonts w:ascii="Calibri" w:hAnsi="Calibri"/>
      <w:color w:val="000000"/>
      <w:u w:val="none"/>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rPr>
      <w:rFonts w:ascii="Calibri" w:hAnsi="Calibri"/>
      <w:color w:val="000000"/>
      <w:u w:val="none"/>
    </w:r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rFonts w:ascii="Calibri" w:hAnsi="Calibri"/>
      <w:color w:val="000000"/>
      <w:sz w:val="16"/>
      <w:szCs w:val="16"/>
      <w:u w:val="none"/>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rPr>
      <w:rFonts w:ascii="Calibri" w:hAnsi="Calibri"/>
      <w:color w:val="000000"/>
      <w:u w:val="none"/>
    </w:rPr>
  </w:style>
  <w:style w:type="paragraph" w:styleId="List2">
    <w:name w:val="List 2"/>
    <w:basedOn w:val="Normal"/>
    <w:uiPriority w:val="99"/>
    <w:unhideWhenUsed/>
    <w:rsid w:val="00326F90"/>
    <w:pPr>
      <w:ind w:left="720" w:hanging="360"/>
      <w:contextualSpacing/>
    </w:pPr>
    <w:rPr>
      <w:rFonts w:ascii="Calibri" w:hAnsi="Calibri"/>
      <w:color w:val="000000"/>
      <w:u w:val="none"/>
    </w:rPr>
  </w:style>
  <w:style w:type="paragraph" w:styleId="List3">
    <w:name w:val="List 3"/>
    <w:basedOn w:val="Normal"/>
    <w:uiPriority w:val="99"/>
    <w:unhideWhenUsed/>
    <w:rsid w:val="00326F90"/>
    <w:pPr>
      <w:ind w:left="1080" w:hanging="360"/>
      <w:contextualSpacing/>
    </w:pPr>
    <w:rPr>
      <w:rFonts w:ascii="Calibri" w:hAnsi="Calibri"/>
      <w:color w:val="000000"/>
      <w:u w:val="none"/>
    </w:rPr>
  </w:style>
  <w:style w:type="paragraph" w:styleId="ListBullet">
    <w:name w:val="List Bullet"/>
    <w:basedOn w:val="Normal"/>
    <w:uiPriority w:val="99"/>
    <w:unhideWhenUsed/>
    <w:rsid w:val="00326F90"/>
    <w:pPr>
      <w:numPr>
        <w:numId w:val="1"/>
      </w:numPr>
      <w:contextualSpacing/>
    </w:pPr>
    <w:rPr>
      <w:rFonts w:ascii="Calibri" w:hAnsi="Calibri"/>
      <w:color w:val="000000"/>
      <w:u w:val="none"/>
    </w:rPr>
  </w:style>
  <w:style w:type="paragraph" w:styleId="ListBullet2">
    <w:name w:val="List Bullet 2"/>
    <w:basedOn w:val="Normal"/>
    <w:uiPriority w:val="99"/>
    <w:unhideWhenUsed/>
    <w:rsid w:val="00326F90"/>
    <w:pPr>
      <w:numPr>
        <w:numId w:val="2"/>
      </w:numPr>
      <w:contextualSpacing/>
    </w:pPr>
    <w:rPr>
      <w:rFonts w:ascii="Calibri" w:hAnsi="Calibri"/>
      <w:color w:val="000000"/>
      <w:u w:val="none"/>
    </w:rPr>
  </w:style>
  <w:style w:type="paragraph" w:styleId="ListBullet3">
    <w:name w:val="List Bullet 3"/>
    <w:basedOn w:val="Normal"/>
    <w:uiPriority w:val="99"/>
    <w:unhideWhenUsed/>
    <w:rsid w:val="00326F90"/>
    <w:pPr>
      <w:numPr>
        <w:numId w:val="3"/>
      </w:numPr>
      <w:contextualSpacing/>
    </w:pPr>
    <w:rPr>
      <w:rFonts w:ascii="Calibri" w:hAnsi="Calibri"/>
      <w:color w:val="000000"/>
      <w:u w:val="none"/>
    </w:rPr>
  </w:style>
  <w:style w:type="paragraph" w:styleId="ListNumber">
    <w:name w:val="List Number"/>
    <w:basedOn w:val="Normal"/>
    <w:uiPriority w:val="99"/>
    <w:unhideWhenUsed/>
    <w:rsid w:val="00326F90"/>
    <w:pPr>
      <w:numPr>
        <w:numId w:val="5"/>
      </w:numPr>
      <w:contextualSpacing/>
    </w:pPr>
    <w:rPr>
      <w:rFonts w:ascii="Calibri" w:hAnsi="Calibri"/>
      <w:color w:val="000000"/>
      <w:u w:val="none"/>
    </w:rPr>
  </w:style>
  <w:style w:type="paragraph" w:styleId="ListNumber2">
    <w:name w:val="List Number 2"/>
    <w:basedOn w:val="Normal"/>
    <w:uiPriority w:val="99"/>
    <w:unhideWhenUsed/>
    <w:rsid w:val="0029639D"/>
    <w:pPr>
      <w:numPr>
        <w:numId w:val="6"/>
      </w:numPr>
      <w:contextualSpacing/>
    </w:pPr>
    <w:rPr>
      <w:rFonts w:ascii="Calibri" w:hAnsi="Calibri"/>
      <w:color w:val="000000"/>
      <w:u w:val="none"/>
    </w:rPr>
  </w:style>
  <w:style w:type="paragraph" w:styleId="ListNumber3">
    <w:name w:val="List Number 3"/>
    <w:basedOn w:val="Normal"/>
    <w:uiPriority w:val="99"/>
    <w:unhideWhenUsed/>
    <w:rsid w:val="0029639D"/>
    <w:pPr>
      <w:numPr>
        <w:numId w:val="7"/>
      </w:numPr>
      <w:contextualSpacing/>
    </w:pPr>
    <w:rPr>
      <w:rFonts w:ascii="Calibri" w:hAnsi="Calibri"/>
      <w:color w:val="000000"/>
      <w:u w:val="none"/>
    </w:rPr>
  </w:style>
  <w:style w:type="paragraph" w:styleId="ListContinue">
    <w:name w:val="List Continue"/>
    <w:basedOn w:val="Normal"/>
    <w:uiPriority w:val="99"/>
    <w:unhideWhenUsed/>
    <w:rsid w:val="0029639D"/>
    <w:pPr>
      <w:spacing w:after="120"/>
      <w:ind w:left="360"/>
      <w:contextualSpacing/>
    </w:pPr>
    <w:rPr>
      <w:rFonts w:ascii="Calibri" w:hAnsi="Calibri"/>
      <w:color w:val="000000"/>
      <w:u w:val="none"/>
    </w:rPr>
  </w:style>
  <w:style w:type="paragraph" w:styleId="ListContinue2">
    <w:name w:val="List Continue 2"/>
    <w:basedOn w:val="Normal"/>
    <w:uiPriority w:val="99"/>
    <w:unhideWhenUsed/>
    <w:rsid w:val="0029639D"/>
    <w:pPr>
      <w:spacing w:after="120"/>
      <w:ind w:left="720"/>
      <w:contextualSpacing/>
    </w:pPr>
    <w:rPr>
      <w:rFonts w:ascii="Calibri" w:hAnsi="Calibri"/>
      <w:color w:val="000000"/>
      <w:u w:val="none"/>
    </w:rPr>
  </w:style>
  <w:style w:type="paragraph" w:styleId="ListContinue3">
    <w:name w:val="List Continue 3"/>
    <w:basedOn w:val="Normal"/>
    <w:uiPriority w:val="99"/>
    <w:unhideWhenUsed/>
    <w:rsid w:val="0029639D"/>
    <w:pPr>
      <w:spacing w:after="120"/>
      <w:ind w:left="1080"/>
      <w:contextualSpacing/>
    </w:pPr>
    <w:rPr>
      <w:rFonts w:ascii="Calibri" w:hAnsi="Calibri"/>
      <w:color w:val="000000"/>
      <w:u w:val="none"/>
    </w:r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alibri" w:hAnsi="Calibri"/>
      <w:color w:val="000000"/>
      <w:sz w:val="20"/>
      <w:szCs w:val="20"/>
      <w:u w:val="none"/>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rFonts w:ascii="Calibri" w:hAnsi="Calibri"/>
      <w:i/>
      <w:iCs/>
      <w:color w:val="000000"/>
      <w:u w:val="none"/>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Calibri" w:hAnsi="Calibri"/>
      <w:b/>
      <w:bCs/>
      <w:color w:val="000000"/>
      <w:sz w:val="18"/>
      <w:szCs w:val="18"/>
      <w:u w:val="none"/>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rFonts w:ascii="Calibri" w:hAnsi="Calibri"/>
      <w:b/>
      <w:bCs/>
      <w:i/>
      <w:iCs/>
      <w:color w:val="000000"/>
      <w:u w:val="none"/>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rPr>
      <w:rFonts w:ascii="Calibri" w:hAnsi="Calibri"/>
      <w:color w:val="000000"/>
      <w:u w:val="none"/>
    </w:r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MC03 Byg en lyssekvens</dc:title>
  <dc:subject/>
  <dc:creator>SkrivSikkert</dc:creator>
  <cp:keywords/>
  <dc:description>generated by python-docx</dc:description>
  <cp:lastModifiedBy/>
  <cp:revision>1</cp:revision>
  <dcterms:created xsi:type="dcterms:W3CDTF">2013-12-23T23:15:00Z</dcterms:created>
  <dcterms:modified xsi:type="dcterms:W3CDTF">2013-12-23T23:15:00Z</dcterms:modified>
  <cp:category/>
</cp:coreProperties>
</file>