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MC05 Forklaret løsning</w:t>
      </w:r>
    </w:p>
    <w:p>
      <w:r>
        <w:t>Åbn MC05-Loesning-fra-fem.hex. Start giver 5. A giver 6, B giver 0, og næste A giver 1.</w:t>
      </w:r>
    </w:p>
    <w:p>
      <w:pPr>
        <w:pStyle w:val="Heading1"/>
      </w:pPr>
      <w:r>
        <w:t>Tre dele af programmet</w:t>
      </w:r>
    </w:p>
    <w:p>
      <w:pPr>
        <w:pStyle w:val="ListNumber"/>
      </w:pPr>
      <w:r>
        <w:t>Når programmet starter: sæt antal til 5, derefter vis nummer antal.</w:t>
      </w:r>
    </w:p>
    <w:p>
      <w:pPr>
        <w:pStyle w:val="ListNumber"/>
      </w:pPr>
      <w:r>
        <w:t>Når A trykkes: ændr antal af 1, derefter vis nummer antal.</w:t>
      </w:r>
    </w:p>
    <w:p>
      <w:pPr>
        <w:pStyle w:val="ListNumber"/>
      </w:pPr>
      <w:r>
        <w:t>Når B trykkes: sæt antal til 0, derefter vis nummer antal.</w:t>
      </w:r>
    </w:p>
    <w:p>
      <w:pPr>
        <w:pStyle w:val="Heading1"/>
      </w:pPr>
      <w:r>
        <w:t>Derfor virker det</w:t>
      </w:r>
    </w:p>
    <w:p>
      <w:r>
        <w:t>Variablen antal gemmer værdien. Sæt giver den en bestemt værdi. Ændr lægger noget til den værdi, der allerede er gemt. Vis nummer viser værdien på skærmen.</w:t>
      </w:r>
    </w:p>
    <w:p>
      <w:r>
        <w:t>Genstart kører startblokkene igen og giver 5. B kører sin egen kode og giver 0. Det næste A-tryk giver derfor 1. Hvis B kun viste tallet 0, ville den gamle værdi stadig være gemt, og næste A-tryk ville fortsætte fra den.</w:t>
      </w:r>
    </w:p>
    <w:p>
      <w:pPr>
        <w:pStyle w:val="Heading1"/>
      </w:pPr>
      <w:r>
        <w:t>Hvis resultatet er anderledes</w:t>
      </w:r>
    </w:p>
    <w:p>
      <w:r>
        <w:t>Kontrollér, at alle tre vis nummer-blokke indeholder variablen antal. I A skal ændr ligge før vis nummer. I B skal sæt ligge før vis nummer. Startværdien skal stå i når programmet starter, og B-værdien skal fortsat være 0.</w:t>
      </w:r>
    </w:p>
    <w:p>
      <w:r>
        <w:t>MC05-Taeller.hex er grundtælleren med startværdi 0. MC05-To-knapper.hex er mellemtrinnet med hjerte på A og flueben på B. MC05-Loesning-ja-nej.hex besvarer den første lille udfordring: A giver flueben, og B giver kryds.</w:t>
      </w:r>
    </w:p>
    <w:p>
      <w:pPr>
        <w:pStyle w:val="Heading1"/>
      </w:pPr>
      <w:r>
        <w:t>Tal med flere cifre</w:t>
      </w:r>
    </w:p>
    <w:p>
      <w:r>
        <w:t>Ved 10 ruller tallet over skærmen, og skærmen bliver tom bagefter. Variablen husker stadig værdien. B nulstiller den til 0.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MC05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MC05 Forklaret løsning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