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MC05 Tæl med A og nulstil med B</w:t>
      </w:r>
    </w:p>
    <w:p>
      <w:r>
        <w:t>Byg en tæller til for eksempel at tælle elever, der går ind i et lokale. A lægger én til, og B begynder forfra fra nul. Du bruger MakeCodes simulator.</w:t>
      </w:r>
    </w:p>
    <w:p>
      <w:pPr>
        <w:pStyle w:val="Heading1"/>
      </w:pPr>
      <w:r>
        <w:t>Kom i gang</w:t>
      </w:r>
    </w:p>
    <w:p>
      <w:r>
        <w:t>Åbn MC05-Start-hjerte.hex med Importer på MakeCodes startside. A viser et hjerte. Tilføj en B-hændelse med vis ikon og fluebenet ja. Afprøv begge knapper. Gem projektet som To knapper.</w:t>
      </w:r>
    </w:p>
    <w:p>
      <w:r>
        <w:t>Lille udfordring: Lad A vise ja og B vise nej. Kontrollér, at du kan skifte mellem svarene. Løsningen findes i MC05-Loesning-ja-nej.hex.</w:t>
      </w:r>
    </w:p>
    <w:p>
      <w:pPr>
        <w:pStyle w:val="Heading1"/>
      </w:pPr>
      <w:r>
        <w:t>Byg tælleren</w:t>
      </w:r>
    </w:p>
    <w:p>
      <w:pPr>
        <w:pStyle w:val="ListNumber"/>
      </w:pPr>
      <w:r>
        <w:t>Importer filen To knapper som en kopi, og giv den navnet Tæller. Fjern de to vis ikon-blokke, men behold knap-hændelserne.</w:t>
      </w:r>
    </w:p>
    <w:p>
      <w:pPr>
        <w:pStyle w:val="ListNumber"/>
      </w:pPr>
      <w:r>
        <w:t>Opret variablen antal under Variabler.</w:t>
      </w:r>
    </w:p>
    <w:p>
      <w:pPr>
        <w:pStyle w:val="ListNumber"/>
      </w:pPr>
      <w:r>
        <w:t>I når programmet starter: sæt antal til 0, og læg vis nummer nedenunder. Træk variablen antal ind i talfeltet.</w:t>
      </w:r>
    </w:p>
    <w:p>
      <w:pPr>
        <w:pStyle w:val="ListNumber"/>
      </w:pPr>
      <w:r>
        <w:t>I A-hændelsen: ændr antal af 1, efterfulgt af vis nummer med antal i talfeltet.</w:t>
      </w:r>
    </w:p>
    <w:p>
      <w:pPr>
        <w:pStyle w:val="ListNumber"/>
      </w:pPr>
      <w:r>
        <w:t>I B-hændelsen: sæt antal til 0, efterfulgt af vis nummer med antal i talfeltet.</w:t>
      </w:r>
    </w:p>
    <w:p>
      <w:pPr>
        <w:pStyle w:val="ListNumber"/>
      </w:pPr>
      <w:r>
        <w:t>Genstart. Tryk A, A, B og A. Vent på tallet efter hvert tryk.</w:t>
      </w:r>
    </w:p>
    <w:p>
      <w:pPr>
        <w:pStyle w:val="Heading1"/>
      </w:pPr>
      <w:r>
        <w:t>Kontrollér</w:t>
      </w:r>
    </w:p>
    <w:p>
      <w:r>
        <w:t>Efter genstart skal tallene være 0 → 1 → 2 → 0 → 1. Hvorfor er det sidste A-tryk vigtigt, når du skal kontrollere nulstillingen?</w:t>
      </w:r>
    </w:p>
    <w:p>
      <w:pPr>
        <w:pStyle w:val="Heading1"/>
      </w:pPr>
      <w:r>
        <w:t>Prøv selv</w:t>
      </w:r>
    </w:p>
    <w:p>
      <w:r>
        <w:t>Lad tælleren begynde ved 5, men behold B som nulstilling til 0. Forudsig tallene efter start, A, B og A. Kør rækkefølgen. Gem som Tæller fra fem, åbn filen igen, og prøv samme rækkefølge.</w:t>
      </w:r>
    </w:p>
    <w:p>
      <w:r>
        <w:t>Fortsæt eventuelt op til 10. Tal med flere cifre ruller over skærmen. Vent på visningen, før du trykker igen.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MC05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MC05 Tæl med A og nulstil med B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