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Title"/>
      </w:pPr>
      <w:r>
        <w:t>MC07 Byg din egen terning</w:t>
      </w:r>
    </w:p>
    <w:p>
      <w:r>
        <w:t>Byg en terning, der vælger et tal fra 1 til 6. Brug A og ryst som to måder at kaste på. Du starter med den kendte A-hændelse fra MC01.</w:t>
      </w:r>
    </w:p>
    <w:p>
      <w:pPr>
        <w:pStyle w:val="Heading1"/>
      </w:pPr>
      <w:r>
        <w:t>Byg og prøv</w:t>
      </w:r>
    </w:p>
    <w:p>
      <w:pPr>
        <w:pStyle w:val="ListNumber"/>
      </w:pPr>
      <w:r>
        <w:t>Åbn MC07-Start-hjerte.hex med Importer og Importer fil. Giv projektet navnet Terning.</w:t>
      </w:r>
    </w:p>
    <w:p>
      <w:pPr>
        <w:pStyle w:val="ListNumber"/>
      </w:pPr>
      <w:r>
        <w:t>Fjern vis ikon i A-blokken. Hent vis nummer fra Grundlæggende og sæt den ind i A.</w:t>
      </w:r>
    </w:p>
    <w:p>
      <w:pPr>
        <w:pStyle w:val="ListNumber"/>
      </w:pPr>
      <w:r>
        <w:t>Hent vælg tilfældig fra under Matematik. Sæt den i talfeltet i vis nummer, og skriv grænserne 1 og 6.</w:t>
      </w:r>
    </w:p>
    <w:p>
      <w:pPr>
        <w:pStyle w:val="ListNumber"/>
      </w:pPr>
      <w:r>
        <w:t>Tryk A ti gange og notér kastene. Vent på tallet mellem trykkene. Kom der ens nabokast?</w:t>
      </w:r>
    </w:p>
    <w:p>
      <w:pPr>
        <w:pStyle w:val="ListNumber"/>
      </w:pPr>
      <w:r>
        <w:t>Hent på ryst under Input. Højreklik på den blå tekst vis nummer, vælg Kopier øverst, og træk hele kopien ind i ryst-blokken.</w:t>
      </w:r>
    </w:p>
    <w:p>
      <w:pPr>
        <w:pStyle w:val="ListNumber"/>
      </w:pPr>
      <w:r>
        <w:t>Klik på SHAKE i simulatoren. Prøv også A igen. Begge hændelser skal bruge 1 til 6. Gem projektet.</w:t>
      </w:r>
    </w:p>
    <w:p>
      <w:pPr>
        <w:pStyle w:val="Heading1"/>
      </w:pPr>
      <w:r>
        <w:t>Otte sider</w:t>
      </w:r>
    </w:p>
    <w:p>
      <w:r>
        <w:t>Giv projektet navnet Terning otte. Ret begge øvre grænser til 8. Kast med A og SHAKE, og kontrollér begge intervaller. Gem filen, importer den igen og prøv begge måder at kaste på.</w:t>
      </w:r>
    </w:p>
    <w:p>
      <w:pPr>
        <w:pStyle w:val="Heading1"/>
      </w:pPr>
      <w:r>
        <w:t>En anden bevægelse</w:t>
      </w:r>
    </w:p>
    <w:p>
      <w:r>
        <w:t>Kald varianten Terning med hældning. Skift ryst til vip til venstre. Før musen fra midten mod venstre over simulatoren, og bevæg den lidt ved kanten. Gå tilbage til midten før næste vip. Gem varianten i sin egen fil.</w:t>
      </w:r>
    </w:p>
    <w:sectPr w:rsidR="00FC693F" w:rsidRPr="0006063C" w:rsidSect="00034616">
      <w:footerReference w:type="default" r:id="rId9"/>
      <w:pgSz w:w="11906" w:h="16838"/>
      <w:pgMar w:top="1020" w:right="1134" w:bottom="1020" w:left="1134"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footer1.xml><?xml version="1.0" encoding="utf-8"?>
<w:ft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Footer"/>
      <w:jc w:val="right"/>
    </w:pPr>
    <w:r>
      <w:t xml:space="preserve">SkrivSikkert · MC07 · </w:t>
    </w:r>
    <w:fldSimple w:instr="PAGE"/>
  </w:p>
</w:ft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after="80" w:line="252" w:lineRule="auto"/>
    </w:pPr>
    <w:rPr>
      <w:rFonts w:ascii="Calibri" w:hAnsi="Calibri"/>
      <w:color w:val="000000"/>
      <w:sz w:val="21"/>
      <w:u w:val="none"/>
    </w:rPr>
  </w:style>
  <w:style w:type="paragraph" w:styleId="Header">
    <w:name w:val="header"/>
    <w:basedOn w:val="Normal"/>
    <w:link w:val="HeaderChar"/>
    <w:uiPriority w:val="99"/>
    <w:unhideWhenUsed/>
    <w:rsid w:val="00E618BF"/>
    <w:pPr>
      <w:tabs>
        <w:tab w:val="center" w:pos="4680"/>
        <w:tab w:val="right" w:pos="9360"/>
      </w:tabs>
      <w:spacing w:after="0" w:line="240" w:lineRule="auto"/>
    </w:pPr>
    <w:rPr>
      <w:rFonts w:ascii="Calibri" w:hAnsi="Calibri"/>
      <w:color w:val="000000"/>
      <w:u w:val="none"/>
    </w:r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rPr>
      <w:rFonts w:ascii="Calibri" w:hAnsi="Calibri"/>
      <w:color w:val="000000"/>
      <w:u w:val="none"/>
    </w:r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120" w:after="80"/>
      <w:outlineLvl w:val="0"/>
    </w:pPr>
    <w:rPr>
      <w:rFonts w:asciiTheme="majorHAnsi" w:eastAsiaTheme="majorEastAsia" w:hAnsiTheme="majorHAnsi" w:cstheme="majorBidi" w:ascii="Calibri" w:hAnsi="Calibri"/>
      <w:b/>
      <w:bCs/>
      <w:color w:val="000000"/>
      <w:sz w:val="28"/>
      <w:szCs w:val="28"/>
      <w:u w:val="none"/>
    </w:rPr>
  </w:style>
  <w:style w:type="paragraph" w:styleId="Heading2">
    <w:name w:val="heading 2"/>
    <w:basedOn w:val="Normal"/>
    <w:next w:val="Normal"/>
    <w:link w:val="Heading2Char"/>
    <w:uiPriority w:val="9"/>
    <w:unhideWhenUsed/>
    <w:qFormat/>
    <w:rsid w:val="00FC693F"/>
    <w:pPr>
      <w:keepNext/>
      <w:keepLines/>
      <w:spacing w:before="120" w:after="80"/>
      <w:outlineLvl w:val="1"/>
    </w:pPr>
    <w:rPr>
      <w:rFonts w:asciiTheme="majorHAnsi" w:eastAsiaTheme="majorEastAsia" w:hAnsiTheme="majorHAnsi" w:cstheme="majorBidi" w:ascii="Calibri" w:hAnsi="Calibri"/>
      <w:b/>
      <w:bCs/>
      <w:color w:val="000000"/>
      <w:sz w:val="22"/>
      <w:szCs w:val="26"/>
      <w:u w:val="none"/>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ascii="Calibri" w:hAnsi="Calibri"/>
      <w:b/>
      <w:bCs/>
      <w:color w:val="000000"/>
      <w:u w:val="none"/>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ascii="Calibri" w:hAnsi="Calibri"/>
      <w:b/>
      <w:bCs/>
      <w:i/>
      <w:iCs/>
      <w:color w:val="000000"/>
      <w:u w:val="none"/>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ascii="Calibri" w:hAnsi="Calibri"/>
      <w:color w:val="000000"/>
      <w:u w:val="none"/>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ascii="Calibri" w:hAnsi="Calibri"/>
      <w:i/>
      <w:iCs/>
      <w:color w:val="000000"/>
      <w:u w:val="none"/>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ascii="Calibri" w:hAnsi="Calibri"/>
      <w:i/>
      <w:iCs/>
      <w:color w:val="000000"/>
      <w:u w:val="none"/>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ascii="Calibri" w:hAnsi="Calibri"/>
      <w:color w:val="000000"/>
      <w:sz w:val="20"/>
      <w:szCs w:val="20"/>
      <w:u w:val="none"/>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ascii="Calibri" w:hAnsi="Calibri"/>
      <w:i/>
      <w:iCs/>
      <w:color w:val="000000"/>
      <w:sz w:val="20"/>
      <w:szCs w:val="20"/>
      <w:u w:val="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rPr>
      <w:rFonts w:ascii="Calibri" w:hAnsi="Calibri"/>
      <w:color w:val="000000"/>
      <w:u w:val="none"/>
    </w:r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spacing w:after="300" w:line="240" w:lineRule="auto"/>
      <w:contextualSpacing/>
    </w:pPr>
    <w:rPr>
      <w:rFonts w:asciiTheme="majorHAnsi" w:eastAsiaTheme="majorEastAsia" w:hAnsiTheme="majorHAnsi" w:cstheme="majorBidi" w:ascii="Calibri" w:hAnsi="Calibri"/>
      <w:color w:val="000000"/>
      <w:spacing w:val="5"/>
      <w:kern w:val="28"/>
      <w:sz w:val="52"/>
      <w:szCs w:val="52"/>
      <w:u w:val="none"/>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ascii="Calibri" w:hAnsi="Calibri"/>
      <w:i/>
      <w:iCs/>
      <w:color w:val="000000"/>
      <w:spacing w:val="15"/>
      <w:sz w:val="24"/>
      <w:szCs w:val="24"/>
      <w:u w:val="none"/>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rPr>
      <w:rFonts w:ascii="Calibri" w:hAnsi="Calibri"/>
      <w:color w:val="000000"/>
      <w:u w:val="none"/>
    </w:rPr>
  </w:style>
  <w:style w:type="paragraph" w:styleId="BodyText">
    <w:name w:val="Body Text"/>
    <w:basedOn w:val="Normal"/>
    <w:link w:val="BodyTextChar"/>
    <w:uiPriority w:val="99"/>
    <w:unhideWhenUsed/>
    <w:rsid w:val="00AA1D8D"/>
    <w:pPr>
      <w:spacing w:after="120"/>
    </w:pPr>
    <w:rPr>
      <w:rFonts w:ascii="Calibri" w:hAnsi="Calibri"/>
      <w:color w:val="000000"/>
      <w:u w:val="none"/>
    </w:r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rPr>
      <w:rFonts w:ascii="Calibri" w:hAnsi="Calibri"/>
      <w:color w:val="000000"/>
      <w:u w:val="none"/>
    </w:r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rFonts w:ascii="Calibri" w:hAnsi="Calibri"/>
      <w:color w:val="000000"/>
      <w:sz w:val="16"/>
      <w:szCs w:val="16"/>
      <w:u w:val="none"/>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rPr>
      <w:rFonts w:ascii="Calibri" w:hAnsi="Calibri"/>
      <w:color w:val="000000"/>
      <w:u w:val="none"/>
    </w:rPr>
  </w:style>
  <w:style w:type="paragraph" w:styleId="List2">
    <w:name w:val="List 2"/>
    <w:basedOn w:val="Normal"/>
    <w:uiPriority w:val="99"/>
    <w:unhideWhenUsed/>
    <w:rsid w:val="00326F90"/>
    <w:pPr>
      <w:ind w:left="720" w:hanging="360"/>
      <w:contextualSpacing/>
    </w:pPr>
    <w:rPr>
      <w:rFonts w:ascii="Calibri" w:hAnsi="Calibri"/>
      <w:color w:val="000000"/>
      <w:u w:val="none"/>
    </w:rPr>
  </w:style>
  <w:style w:type="paragraph" w:styleId="List3">
    <w:name w:val="List 3"/>
    <w:basedOn w:val="Normal"/>
    <w:uiPriority w:val="99"/>
    <w:unhideWhenUsed/>
    <w:rsid w:val="00326F90"/>
    <w:pPr>
      <w:ind w:left="1080" w:hanging="360"/>
      <w:contextualSpacing/>
    </w:pPr>
    <w:rPr>
      <w:rFonts w:ascii="Calibri" w:hAnsi="Calibri"/>
      <w:color w:val="000000"/>
      <w:u w:val="none"/>
    </w:rPr>
  </w:style>
  <w:style w:type="paragraph" w:styleId="ListBullet">
    <w:name w:val="List Bullet"/>
    <w:basedOn w:val="Normal"/>
    <w:uiPriority w:val="99"/>
    <w:unhideWhenUsed/>
    <w:rsid w:val="00326F90"/>
    <w:pPr>
      <w:numPr>
        <w:numId w:val="1"/>
      </w:numPr>
      <w:contextualSpacing/>
    </w:pPr>
    <w:rPr>
      <w:rFonts w:ascii="Calibri" w:hAnsi="Calibri"/>
      <w:color w:val="000000"/>
      <w:u w:val="none"/>
    </w:rPr>
  </w:style>
  <w:style w:type="paragraph" w:styleId="ListBullet2">
    <w:name w:val="List Bullet 2"/>
    <w:basedOn w:val="Normal"/>
    <w:uiPriority w:val="99"/>
    <w:unhideWhenUsed/>
    <w:rsid w:val="00326F90"/>
    <w:pPr>
      <w:numPr>
        <w:numId w:val="2"/>
      </w:numPr>
      <w:contextualSpacing/>
    </w:pPr>
    <w:rPr>
      <w:rFonts w:ascii="Calibri" w:hAnsi="Calibri"/>
      <w:color w:val="000000"/>
      <w:u w:val="none"/>
    </w:rPr>
  </w:style>
  <w:style w:type="paragraph" w:styleId="ListBullet3">
    <w:name w:val="List Bullet 3"/>
    <w:basedOn w:val="Normal"/>
    <w:uiPriority w:val="99"/>
    <w:unhideWhenUsed/>
    <w:rsid w:val="00326F90"/>
    <w:pPr>
      <w:numPr>
        <w:numId w:val="3"/>
      </w:numPr>
      <w:contextualSpacing/>
    </w:pPr>
    <w:rPr>
      <w:rFonts w:ascii="Calibri" w:hAnsi="Calibri"/>
      <w:color w:val="000000"/>
      <w:u w:val="none"/>
    </w:rPr>
  </w:style>
  <w:style w:type="paragraph" w:styleId="ListNumber">
    <w:name w:val="List Number"/>
    <w:basedOn w:val="Normal"/>
    <w:uiPriority w:val="99"/>
    <w:unhideWhenUsed/>
    <w:rsid w:val="00326F90"/>
    <w:pPr>
      <w:numPr>
        <w:numId w:val="5"/>
      </w:numPr>
      <w:contextualSpacing/>
    </w:pPr>
    <w:rPr>
      <w:rFonts w:ascii="Calibri" w:hAnsi="Calibri"/>
      <w:color w:val="000000"/>
      <w:u w:val="none"/>
    </w:rPr>
  </w:style>
  <w:style w:type="paragraph" w:styleId="ListNumber2">
    <w:name w:val="List Number 2"/>
    <w:basedOn w:val="Normal"/>
    <w:uiPriority w:val="99"/>
    <w:unhideWhenUsed/>
    <w:rsid w:val="0029639D"/>
    <w:pPr>
      <w:numPr>
        <w:numId w:val="6"/>
      </w:numPr>
      <w:contextualSpacing/>
    </w:pPr>
    <w:rPr>
      <w:rFonts w:ascii="Calibri" w:hAnsi="Calibri"/>
      <w:color w:val="000000"/>
      <w:u w:val="none"/>
    </w:rPr>
  </w:style>
  <w:style w:type="paragraph" w:styleId="ListNumber3">
    <w:name w:val="List Number 3"/>
    <w:basedOn w:val="Normal"/>
    <w:uiPriority w:val="99"/>
    <w:unhideWhenUsed/>
    <w:rsid w:val="0029639D"/>
    <w:pPr>
      <w:numPr>
        <w:numId w:val="7"/>
      </w:numPr>
      <w:contextualSpacing/>
    </w:pPr>
    <w:rPr>
      <w:rFonts w:ascii="Calibri" w:hAnsi="Calibri"/>
      <w:color w:val="000000"/>
      <w:u w:val="none"/>
    </w:rPr>
  </w:style>
  <w:style w:type="paragraph" w:styleId="ListContinue">
    <w:name w:val="List Continue"/>
    <w:basedOn w:val="Normal"/>
    <w:uiPriority w:val="99"/>
    <w:unhideWhenUsed/>
    <w:rsid w:val="0029639D"/>
    <w:pPr>
      <w:spacing w:after="120"/>
      <w:ind w:left="360"/>
      <w:contextualSpacing/>
    </w:pPr>
    <w:rPr>
      <w:rFonts w:ascii="Calibri" w:hAnsi="Calibri"/>
      <w:color w:val="000000"/>
      <w:u w:val="none"/>
    </w:rPr>
  </w:style>
  <w:style w:type="paragraph" w:styleId="ListContinue2">
    <w:name w:val="List Continue 2"/>
    <w:basedOn w:val="Normal"/>
    <w:uiPriority w:val="99"/>
    <w:unhideWhenUsed/>
    <w:rsid w:val="0029639D"/>
    <w:pPr>
      <w:spacing w:after="120"/>
      <w:ind w:left="720"/>
      <w:contextualSpacing/>
    </w:pPr>
    <w:rPr>
      <w:rFonts w:ascii="Calibri" w:hAnsi="Calibri"/>
      <w:color w:val="000000"/>
      <w:u w:val="none"/>
    </w:rPr>
  </w:style>
  <w:style w:type="paragraph" w:styleId="ListContinue3">
    <w:name w:val="List Continue 3"/>
    <w:basedOn w:val="Normal"/>
    <w:uiPriority w:val="99"/>
    <w:unhideWhenUsed/>
    <w:rsid w:val="0029639D"/>
    <w:pPr>
      <w:spacing w:after="120"/>
      <w:ind w:left="1080"/>
      <w:contextualSpacing/>
    </w:pPr>
    <w:rPr>
      <w:rFonts w:ascii="Calibri" w:hAnsi="Calibri"/>
      <w:color w:val="000000"/>
      <w:u w:val="none"/>
    </w:r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alibri" w:hAnsi="Calibri"/>
      <w:color w:val="000000"/>
      <w:sz w:val="20"/>
      <w:szCs w:val="20"/>
      <w:u w:val="none"/>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rFonts w:ascii="Calibri" w:hAnsi="Calibri"/>
      <w:i/>
      <w:iCs/>
      <w:color w:val="000000"/>
      <w:u w:val="none"/>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rFonts w:ascii="Calibri" w:hAnsi="Calibri"/>
      <w:b/>
      <w:bCs/>
      <w:color w:val="000000"/>
      <w:sz w:val="18"/>
      <w:szCs w:val="18"/>
      <w:u w:val="none"/>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spacing w:before="200" w:after="280"/>
      <w:ind w:left="936" w:right="936"/>
    </w:pPr>
    <w:rPr>
      <w:rFonts w:ascii="Calibri" w:hAnsi="Calibri"/>
      <w:b/>
      <w:bCs/>
      <w:i/>
      <w:iCs/>
      <w:color w:val="000000"/>
      <w:u w:val="none"/>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rPr>
      <w:rFonts w:ascii="Calibri" w:hAnsi="Calibri"/>
      <w:color w:val="000000"/>
      <w:u w:val="none"/>
    </w:r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MC07 Byg din egen terning</dc:title>
  <dc:subject/>
  <dc:creator>SkrivSikkert</dc:creator>
  <cp:keywords/>
  <dc:description>generated by python-docx</dc:description>
  <cp:lastModifiedBy/>
  <cp:revision>1</cp:revision>
  <dcterms:created xsi:type="dcterms:W3CDTF">2013-12-23T23:15:00Z</dcterms:created>
  <dcterms:modified xsi:type="dcterms:W3CDTF">2013-12-23T23:15:00Z</dcterms:modified>
  <cp:category/>
</cp:coreProperties>
</file>