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MC09 Byg en nedtælling med start og nulstilling</w:t>
      </w:r>
    </w:p>
    <w:p>
      <w:r>
        <w:t>Brug en sand eller falsk tilstand til at starte én nedtælling ad gangen og stoppe den med B. Du skal kende pauser fra MC03, variabler fra MC05 og hvis fra MC06. De to startprojekter følger med.</w:t>
      </w:r>
    </w:p>
    <w:p>
      <w:pPr>
        <w:pStyle w:val="Heading1"/>
      </w:pPr>
      <w:r>
        <w:t>Undersøg de to startprojekter</w:t>
      </w:r>
    </w:p>
    <w:p>
      <w:pPr>
        <w:pStyle w:val="ListNumber"/>
      </w:pPr>
      <w:r>
        <w:t>Importer MC09-Nedtaelling-start.hex. Tryk A én gang og følg tallene til nul. Forklar betingelsen sekunder større end 0, pausen og ændringen med minus 1. Vis nummer tager også tid ud over pausen.</w:t>
      </w:r>
    </w:p>
    <w:p>
      <w:pPr>
        <w:pStyle w:val="ListNumber"/>
      </w:pPr>
      <w:r>
        <w:t>Importer MC09-Nedtaelling-med-tilstand.hex. Tidsløkken er allerede bygget. Tryk A igen undervejs og prøv B. Beskriv, hvad der mangler.</w:t>
      </w:r>
    </w:p>
    <w:p>
      <w:pPr>
        <w:pStyle w:val="Heading1"/>
      </w:pPr>
      <w:r>
        <w:t>Byg start og stop</w:t>
      </w:r>
    </w:p>
    <w:p>
      <w:pPr>
        <w:pStyle w:val="ListNumber"/>
      </w:pPr>
      <w:r>
        <w:t>Giv kopien navnet Nedtælling klar. Stop simulatoren. Flyt de tre blokke ud af A, sæt hvis ikke kører i A, og flyt alle tre blokke ind i betingelsen.</w:t>
      </w:r>
    </w:p>
    <w:p>
      <w:pPr>
        <w:pStyle w:val="ListNumber"/>
      </w:pPr>
      <w:r>
        <w:t>Start simulatoren. Tryk A og et ekstra A, mens den tæller. Den skal fortsætte til nul uden at begynde forfra.</w:t>
      </w:r>
    </w:p>
    <w:p>
      <w:pPr>
        <w:pStyle w:val="ListNumber"/>
      </w:pPr>
      <w:r>
        <w:t>Opret en B-hændelse. Sæt først kører til falsk og derefter sekunder til 5. Genstart simulatoren, og vent på den aktive visning.</w:t>
      </w:r>
    </w:p>
    <w:p>
      <w:pPr>
        <w:pStyle w:val="ListNumber"/>
      </w:pPr>
      <w:r>
        <w:t>Prøv A og derefter B undervejs. Fem skal blive stående. Prøv B to gange, A efter B og en ny start efter nul.</w:t>
      </w:r>
    </w:p>
    <w:p>
      <w:pPr>
        <w:pStyle w:val="ListNumber"/>
      </w:pPr>
      <w:r>
        <w:t>Gem filen. Importer den faktisk gemte fil igen, og gentag prøverne.</w:t>
      </w:r>
    </w:p>
    <w:p>
      <w:pPr>
        <w:pStyle w:val="Heading1"/>
      </w:pPr>
      <w:r>
        <w:t>Prøv selv med syv</w:t>
      </w:r>
    </w:p>
    <w:p>
      <w:r>
        <w:t>Ændr nedtællingen til at begynde på 7 ved programmets start, ved A og efter B. Find de tre steder først. Prøv ekstra A undervejs, B midt i tællingen og en ny start efter nul. Forklar, hvad kører betyder, før du åbner løsningen.</w:t>
      </w:r>
    </w:p>
    <w:sectPr w:rsidR="00FC693F" w:rsidRPr="0006063C" w:rsidSect="00034616">
      <w:footerReference w:type="default" r:id="rId9"/>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SkrivSikkert · MC09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2" w:lineRule="auto"/>
    </w:pPr>
    <w:rPr>
      <w:rFonts w:ascii="Calibri" w:hAnsi="Calibri"/>
      <w:color w:val="000000"/>
      <w:sz w:val="21"/>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Theme="majorHAnsi" w:eastAsiaTheme="majorEastAsia" w:hAnsiTheme="majorHAnsi" w:cstheme="majorBidi" w:ascii="Calibri" w:hAnsi="Calibri"/>
      <w:b/>
      <w:bCs/>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Calibri" w:hAnsi="Calibri"/>
      <w:b/>
      <w:bCs/>
      <w:color w:val="000000"/>
      <w:sz w:val="22"/>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alibri" w:hAnsi="Calibri"/>
      <w:b/>
      <w:bCs/>
      <w:i/>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Calibri" w:hAnsi="Calibri"/>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Calibri" w:hAnsi="Calibri"/>
      <w:i/>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Calibri" w:hAnsi="Calibri"/>
      <w:i/>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Calibri" w:hAnsi="Calibri"/>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Calibri" w:hAnsi="Calibri"/>
      <w:i/>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Calibri" w:hAnsi="Calibri"/>
      <w:color w:val="000000"/>
      <w:u w:val="none"/>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52"/>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alibri" w:hAnsi="Calibri"/>
      <w:i/>
      <w:iCs/>
      <w:color w:val="000000"/>
      <w:spacing w:val="15"/>
      <w:sz w:val="24"/>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Calibri" w:hAnsi="Calibri"/>
      <w:color w:val="000000"/>
      <w:u w:val="none"/>
    </w:rPr>
  </w:style>
  <w:style w:type="paragraph" w:styleId="BodyText">
    <w:name w:val="Body Text"/>
    <w:basedOn w:val="Normal"/>
    <w:link w:val="BodyTextChar"/>
    <w:uiPriority w:val="99"/>
    <w:unhideWhenUsed/>
    <w:rsid w:val="00AA1D8D"/>
    <w:pPr>
      <w:spacing w:after="120"/>
    </w:pPr>
    <w:rPr>
      <w:rFonts w:ascii="Calibri" w:hAnsi="Calibri"/>
      <w:color w:val="000000"/>
      <w:u w:val="none"/>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ascii="Calibri" w:hAnsi="Calibri"/>
      <w:color w:val="000000"/>
      <w:u w:val="none"/>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rFonts w:ascii="Calibri" w:hAnsi="Calibri"/>
      <w:color w:val="000000"/>
      <w:sz w:val="16"/>
      <w:szCs w:val="16"/>
      <w:u w:val="none"/>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rPr>
      <w:rFonts w:ascii="Calibri" w:hAnsi="Calibri"/>
      <w:color w:val="000000"/>
      <w:u w:val="none"/>
    </w:rPr>
  </w:style>
  <w:style w:type="paragraph" w:styleId="List2">
    <w:name w:val="List 2"/>
    <w:basedOn w:val="Normal"/>
    <w:uiPriority w:val="99"/>
    <w:unhideWhenUsed/>
    <w:rsid w:val="00326F90"/>
    <w:pPr>
      <w:ind w:left="720" w:hanging="360"/>
      <w:contextualSpacing/>
    </w:pPr>
    <w:rPr>
      <w:rFonts w:ascii="Calibri" w:hAnsi="Calibri"/>
      <w:color w:val="000000"/>
      <w:u w:val="none"/>
    </w:rPr>
  </w:style>
  <w:style w:type="paragraph" w:styleId="List3">
    <w:name w:val="List 3"/>
    <w:basedOn w:val="Normal"/>
    <w:uiPriority w:val="99"/>
    <w:unhideWhenUsed/>
    <w:rsid w:val="00326F90"/>
    <w:pPr>
      <w:ind w:left="1080" w:hanging="360"/>
      <w:contextualSpacing/>
    </w:pPr>
    <w:rPr>
      <w:rFonts w:ascii="Calibri" w:hAnsi="Calibri"/>
      <w:color w:val="000000"/>
      <w:u w:val="none"/>
    </w:rPr>
  </w:style>
  <w:style w:type="paragraph" w:styleId="ListBullet">
    <w:name w:val="List Bullet"/>
    <w:basedOn w:val="Normal"/>
    <w:uiPriority w:val="99"/>
    <w:unhideWhenUsed/>
    <w:rsid w:val="00326F90"/>
    <w:pPr>
      <w:numPr>
        <w:numId w:val="1"/>
      </w:numPr>
      <w:contextualSpacing/>
    </w:pPr>
    <w:rPr>
      <w:rFonts w:ascii="Calibri" w:hAnsi="Calibri"/>
      <w:color w:val="000000"/>
      <w:u w:val="none"/>
    </w:rPr>
  </w:style>
  <w:style w:type="paragraph" w:styleId="ListBullet2">
    <w:name w:val="List Bullet 2"/>
    <w:basedOn w:val="Normal"/>
    <w:uiPriority w:val="99"/>
    <w:unhideWhenUsed/>
    <w:rsid w:val="00326F90"/>
    <w:pPr>
      <w:numPr>
        <w:numId w:val="2"/>
      </w:numPr>
      <w:contextualSpacing/>
    </w:pPr>
    <w:rPr>
      <w:rFonts w:ascii="Calibri" w:hAnsi="Calibri"/>
      <w:color w:val="000000"/>
      <w:u w:val="none"/>
    </w:rPr>
  </w:style>
  <w:style w:type="paragraph" w:styleId="ListBullet3">
    <w:name w:val="List Bullet 3"/>
    <w:basedOn w:val="Normal"/>
    <w:uiPriority w:val="99"/>
    <w:unhideWhenUsed/>
    <w:rsid w:val="00326F90"/>
    <w:pPr>
      <w:numPr>
        <w:numId w:val="3"/>
      </w:numPr>
      <w:contextualSpacing/>
    </w:pPr>
    <w:rPr>
      <w:rFonts w:ascii="Calibri" w:hAnsi="Calibri"/>
      <w:color w:val="000000"/>
      <w:u w:val="none"/>
    </w:rPr>
  </w:style>
  <w:style w:type="paragraph" w:styleId="ListNumber">
    <w:name w:val="List Number"/>
    <w:basedOn w:val="Normal"/>
    <w:uiPriority w:val="99"/>
    <w:unhideWhenUsed/>
    <w:rsid w:val="00326F90"/>
    <w:pPr>
      <w:numPr>
        <w:numId w:val="5"/>
      </w:numPr>
      <w:contextualSpacing/>
    </w:pPr>
    <w:rPr>
      <w:rFonts w:ascii="Calibri" w:hAnsi="Calibri"/>
      <w:color w:val="000000"/>
      <w:u w:val="none"/>
    </w:rPr>
  </w:style>
  <w:style w:type="paragraph" w:styleId="ListNumber2">
    <w:name w:val="List Number 2"/>
    <w:basedOn w:val="Normal"/>
    <w:uiPriority w:val="99"/>
    <w:unhideWhenUsed/>
    <w:rsid w:val="0029639D"/>
    <w:pPr>
      <w:numPr>
        <w:numId w:val="6"/>
      </w:numPr>
      <w:contextualSpacing/>
    </w:pPr>
    <w:rPr>
      <w:rFonts w:ascii="Calibri" w:hAnsi="Calibri"/>
      <w:color w:val="000000"/>
      <w:u w:val="none"/>
    </w:rPr>
  </w:style>
  <w:style w:type="paragraph" w:styleId="ListNumber3">
    <w:name w:val="List Number 3"/>
    <w:basedOn w:val="Normal"/>
    <w:uiPriority w:val="99"/>
    <w:unhideWhenUsed/>
    <w:rsid w:val="0029639D"/>
    <w:pPr>
      <w:numPr>
        <w:numId w:val="7"/>
      </w:numPr>
      <w:contextualSpacing/>
    </w:pPr>
    <w:rPr>
      <w:rFonts w:ascii="Calibri" w:hAnsi="Calibri"/>
      <w:color w:val="000000"/>
      <w:u w:val="none"/>
    </w:rPr>
  </w:style>
  <w:style w:type="paragraph" w:styleId="ListContinue">
    <w:name w:val="List Continue"/>
    <w:basedOn w:val="Normal"/>
    <w:uiPriority w:val="99"/>
    <w:unhideWhenUsed/>
    <w:rsid w:val="0029639D"/>
    <w:pPr>
      <w:spacing w:after="120"/>
      <w:ind w:left="360"/>
      <w:contextualSpacing/>
    </w:pPr>
    <w:rPr>
      <w:rFonts w:ascii="Calibri" w:hAnsi="Calibri"/>
      <w:color w:val="000000"/>
      <w:u w:val="none"/>
    </w:rPr>
  </w:style>
  <w:style w:type="paragraph" w:styleId="ListContinue2">
    <w:name w:val="List Continue 2"/>
    <w:basedOn w:val="Normal"/>
    <w:uiPriority w:val="99"/>
    <w:unhideWhenUsed/>
    <w:rsid w:val="0029639D"/>
    <w:pPr>
      <w:spacing w:after="120"/>
      <w:ind w:left="720"/>
      <w:contextualSpacing/>
    </w:pPr>
    <w:rPr>
      <w:rFonts w:ascii="Calibri" w:hAnsi="Calibri"/>
      <w:color w:val="000000"/>
      <w:u w:val="none"/>
    </w:rPr>
  </w:style>
  <w:style w:type="paragraph" w:styleId="ListContinue3">
    <w:name w:val="List Continue 3"/>
    <w:basedOn w:val="Normal"/>
    <w:uiPriority w:val="99"/>
    <w:unhideWhenUsed/>
    <w:rsid w:val="0029639D"/>
    <w:pPr>
      <w:spacing w:after="120"/>
      <w:ind w:left="1080"/>
      <w:contextualSpacing/>
    </w:pPr>
    <w:rPr>
      <w:rFonts w:ascii="Calibri" w:hAnsi="Calibri"/>
      <w:color w:val="000000"/>
      <w:u w:val="none"/>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alibri" w:hAnsi="Calibri"/>
      <w:color w:val="000000"/>
      <w:sz w:val="20"/>
      <w:szCs w:val="20"/>
      <w:u w:val="none"/>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rFonts w:ascii="Calibri" w:hAnsi="Calibri"/>
      <w:i/>
      <w:iCs/>
      <w:color w:val="000000"/>
      <w:u w:val="none"/>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libri" w:hAnsi="Calibri"/>
      <w:b/>
      <w:bCs/>
      <w:color w:val="000000"/>
      <w:sz w:val="18"/>
      <w:szCs w:val="18"/>
      <w:u w:val="none"/>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rFonts w:ascii="Calibri" w:hAnsi="Calibri"/>
      <w:b/>
      <w:bCs/>
      <w:i/>
      <w:iCs/>
      <w:color w:val="000000"/>
      <w:u w:val="none"/>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Calibri" w:hAnsi="Calibri"/>
      <w:color w:val="000000"/>
      <w:u w:val="none"/>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MC09 Byg en nedtælling med start og nulstilling</dc:title>
  <dc:subject/>
  <dc:creator>SkrivSikkert</dc:creator>
  <cp:keywords/>
  <dc:description>generated by python-docx</dc:description>
  <cp:lastModifiedBy/>
  <cp:revision>1</cp:revision>
  <dcterms:created xsi:type="dcterms:W3CDTF">2013-12-23T23:15:00Z</dcterms:created>
  <dcterms:modified xsi:type="dcterms:W3CDTF">2013-12-23T23:15:00Z</dcterms:modified>
  <cp:category/>
</cp:coreProperties>
</file>