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MC10 En lysbesked med to forskellige pauser</w:t>
      </w:r>
    </w:p>
    <w:p>
      <w:r>
        <w:t>Saml en lysbesked ét sted, og brug den fra begge knapper med forskellige pauser. Du skal kende knapper, billeder og pauser. Åbn MC10-Lysbesked-start.hex fra materialerne.</w:t>
      </w:r>
    </w:p>
    <w:p>
      <w:pPr>
        <w:pStyle w:val="Heading1"/>
      </w:pPr>
      <w:r>
        <w:t>Saml beskeden</w:t>
      </w:r>
    </w:p>
    <w:p>
      <w:pPr>
        <w:pStyle w:val="ListNumber"/>
      </w:pPr>
      <w:r>
        <w:t>Prøv A og B én ad gangen. Begge viser hjerte og flueben.</w:t>
      </w:r>
    </w:p>
    <w:p>
      <w:pPr>
        <w:pStyle w:val="ListNumber"/>
      </w:pPr>
      <w:r>
        <w:t>Stop simulatoren. Åbn Avanceret og Funktioner. Opret lysbesked. Flyt A-sekvensen ind i funktionen og fjern den gamle B-sekvens.</w:t>
      </w:r>
    </w:p>
    <w:p>
      <w:pPr>
        <w:pStyle w:val="ListNumber"/>
      </w:pPr>
      <w:r>
        <w:t>Sæt kald lysbesked ind i både A og B. Start simulatoren og prøv begge knapper.</w:t>
      </w:r>
    </w:p>
    <w:p>
      <w:pPr>
        <w:pStyle w:val="ListNumber"/>
      </w:pPr>
      <w:r>
        <w:t>Skift sidste billede i funktionen til et lille hjerte. Begge knapper skal nu bruge det nye billede. Sæt derefter fluebenet tilbage.</w:t>
      </w:r>
    </w:p>
    <w:p>
      <w:pPr>
        <w:pStyle w:val="Heading1"/>
      </w:pPr>
      <w:r>
        <w:t>Giv funktionen en værdi</w:t>
      </w:r>
    </w:p>
    <w:p>
      <w:pPr>
        <w:pStyle w:val="ListNumber"/>
      </w:pPr>
      <w:r>
        <w:t>Rediger funktionen og tilføj talparameteren pauseMs. Brug den i pauseblokkens talfelt.</w:t>
      </w:r>
    </w:p>
    <w:p>
      <w:pPr>
        <w:pStyle w:val="ListNumber"/>
      </w:pPr>
      <w:r>
        <w:t>Sæt A-kaldet til 500 og B-kaldet til 1000. Prøv knapperne én ad gangen. B skal have 500 millisekunder mere pause.</w:t>
      </w:r>
    </w:p>
    <w:p>
      <w:pPr>
        <w:pStyle w:val="ListNumber"/>
      </w:pPr>
      <w:r>
        <w:t>Gem projektfilen, importer den igen og gentag begge prøver.</w:t>
      </w:r>
    </w:p>
    <w:p>
      <w:pPr>
        <w:pStyle w:val="Heading1"/>
      </w:pPr>
      <w:r>
        <w:t>Prøv selv</w:t>
      </w:r>
    </w:p>
    <w:p>
      <w:r>
        <w:t>Lad begge beskeder slutte med et lille hjerte, mens de beholder hver sin pause. Find først det ene sted, du skal ændre. Kør begge knapper og forklar forskellen på definition, kald og parameter.</w:t>
      </w:r>
    </w:p>
    <w:p>
      <w:pPr>
        <w:pStyle w:val="Heading1"/>
      </w:pPr>
      <w:r>
        <w:t>Undersøg to nye værdier</w:t>
      </w:r>
    </w:p>
    <w:p>
      <w:r>
        <w:t>Forudsig først: Hvad sker der med pausen, hvis A sender 0? Prøv 0, sammenlign med 500, og sæt derefter A tilbage til 500. Forsvinder hjertet helt? Forklar, hvad pauseblokken og billedblokken hver især gør.</w:t>
      </w:r>
    </w:p>
    <w:p>
      <w:r>
        <w:t>Tilføj et tredje kald: Kopier A-stakken, flyt kopien fri, og vælg A+B i dens knapmenu. Lad det nye kald sende 1500. Forudsig forskellen på A, B og A+B. Prøv knapperne én ad gangen, og vent på det sidste billede før næste tryk.</w:t>
      </w:r>
    </w:p>
    <w:sectPr w:rsidR="00FC693F" w:rsidRPr="0006063C" w:rsidSect="00034616">
      <w:footerReference w:type="default" r:id="rId9"/>
      <w:pgSz w:w="11906" w:h="16838"/>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t xml:space="preserve">SkrivSikkert · MC10 ·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52" w:lineRule="auto"/>
    </w:pPr>
    <w:rPr>
      <w:rFonts w:ascii="Calibri" w:hAnsi="Calibri"/>
      <w:color w:val="000000"/>
      <w:sz w:val="21"/>
      <w:u w:val="none"/>
    </w:rPr>
  </w:style>
  <w:style w:type="paragraph" w:styleId="Header">
    <w:name w:val="header"/>
    <w:basedOn w:val="Normal"/>
    <w:link w:val="HeaderChar"/>
    <w:uiPriority w:val="99"/>
    <w:unhideWhenUsed/>
    <w:rsid w:val="00E618BF"/>
    <w:pPr>
      <w:tabs>
        <w:tab w:val="center" w:pos="4680"/>
        <w:tab w:val="right" w:pos="9360"/>
      </w:tabs>
      <w:spacing w:after="0" w:line="240" w:lineRule="auto"/>
    </w:pPr>
    <w:rPr>
      <w:rFonts w:ascii="Calibri" w:hAnsi="Calibri"/>
      <w:color w:val="000000"/>
      <w:u w:val="none"/>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rFonts w:ascii="Calibri" w:hAnsi="Calibri"/>
      <w:color w:val="000000"/>
      <w:u w:val="none"/>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80"/>
      <w:outlineLvl w:val="0"/>
    </w:pPr>
    <w:rPr>
      <w:rFonts w:asciiTheme="majorHAnsi" w:eastAsiaTheme="majorEastAsia" w:hAnsiTheme="majorHAnsi" w:cstheme="majorBidi" w:ascii="Calibri" w:hAnsi="Calibri"/>
      <w:b/>
      <w:bCs/>
      <w:color w:val="000000"/>
      <w:sz w:val="28"/>
      <w:szCs w:val="28"/>
      <w:u w:val="none"/>
    </w:rPr>
  </w:style>
  <w:style w:type="paragraph" w:styleId="Heading2">
    <w:name w:val="heading 2"/>
    <w:basedOn w:val="Normal"/>
    <w:next w:val="Normal"/>
    <w:link w:val="Heading2Char"/>
    <w:uiPriority w:val="9"/>
    <w:unhideWhenUsed/>
    <w:qFormat/>
    <w:rsid w:val="00FC693F"/>
    <w:pPr>
      <w:keepNext/>
      <w:keepLines/>
      <w:spacing w:before="120" w:after="80"/>
      <w:outlineLvl w:val="1"/>
    </w:pPr>
    <w:rPr>
      <w:rFonts w:asciiTheme="majorHAnsi" w:eastAsiaTheme="majorEastAsia" w:hAnsiTheme="majorHAnsi" w:cstheme="majorBidi" w:ascii="Calibri" w:hAnsi="Calibri"/>
      <w:b/>
      <w:bCs/>
      <w:color w:val="000000"/>
      <w:sz w:val="22"/>
      <w:szCs w:val="26"/>
      <w:u w:val="none"/>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Calibri" w:hAnsi="Calibri"/>
      <w:b/>
      <w:bCs/>
      <w:color w:val="000000"/>
      <w:u w:val="none"/>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ascii="Calibri" w:hAnsi="Calibri"/>
      <w:b/>
      <w:bCs/>
      <w:i/>
      <w:iCs/>
      <w:color w:val="000000"/>
      <w:u w:val="none"/>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ascii="Calibri" w:hAnsi="Calibri"/>
      <w:color w:val="000000"/>
      <w:u w:val="none"/>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ascii="Calibri" w:hAnsi="Calibri"/>
      <w:i/>
      <w:iCs/>
      <w:color w:val="000000"/>
      <w:u w:val="none"/>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ascii="Calibri" w:hAnsi="Calibri"/>
      <w:i/>
      <w:iCs/>
      <w:color w:val="000000"/>
      <w:u w:val="none"/>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ascii="Calibri" w:hAnsi="Calibri"/>
      <w:color w:val="000000"/>
      <w:sz w:val="20"/>
      <w:szCs w:val="20"/>
      <w:u w:val="none"/>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ascii="Calibri" w:hAnsi="Calibri"/>
      <w:i/>
      <w:iCs/>
      <w:color w:val="000000"/>
      <w:sz w:val="20"/>
      <w:szCs w:val="20"/>
      <w:u w: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rPr>
      <w:rFonts w:ascii="Calibri" w:hAnsi="Calibri"/>
      <w:color w:val="000000"/>
      <w:u w:val="none"/>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Calibri" w:hAnsi="Calibri"/>
      <w:color w:val="000000"/>
      <w:spacing w:val="5"/>
      <w:kern w:val="28"/>
      <w:sz w:val="52"/>
      <w:szCs w:val="52"/>
      <w:u w:val="none"/>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Calibri" w:hAnsi="Calibri"/>
      <w:i/>
      <w:iCs/>
      <w:color w:val="000000"/>
      <w:spacing w:val="15"/>
      <w:sz w:val="24"/>
      <w:szCs w:val="24"/>
      <w:u w:val="none"/>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rPr>
      <w:rFonts w:ascii="Calibri" w:hAnsi="Calibri"/>
      <w:color w:val="000000"/>
      <w:u w:val="none"/>
    </w:rPr>
  </w:style>
  <w:style w:type="paragraph" w:styleId="BodyText">
    <w:name w:val="Body Text"/>
    <w:basedOn w:val="Normal"/>
    <w:link w:val="BodyTextChar"/>
    <w:uiPriority w:val="99"/>
    <w:unhideWhenUsed/>
    <w:rsid w:val="00AA1D8D"/>
    <w:pPr>
      <w:spacing w:after="120"/>
    </w:pPr>
    <w:rPr>
      <w:rFonts w:ascii="Calibri" w:hAnsi="Calibri"/>
      <w:color w:val="000000"/>
      <w:u w:val="none"/>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rPr>
      <w:rFonts w:ascii="Calibri" w:hAnsi="Calibri"/>
      <w:color w:val="000000"/>
      <w:u w:val="none"/>
    </w:r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rFonts w:ascii="Calibri" w:hAnsi="Calibri"/>
      <w:color w:val="000000"/>
      <w:sz w:val="16"/>
      <w:szCs w:val="16"/>
      <w:u w:val="none"/>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rPr>
      <w:rFonts w:ascii="Calibri" w:hAnsi="Calibri"/>
      <w:color w:val="000000"/>
      <w:u w:val="none"/>
    </w:rPr>
  </w:style>
  <w:style w:type="paragraph" w:styleId="List2">
    <w:name w:val="List 2"/>
    <w:basedOn w:val="Normal"/>
    <w:uiPriority w:val="99"/>
    <w:unhideWhenUsed/>
    <w:rsid w:val="00326F90"/>
    <w:pPr>
      <w:ind w:left="720" w:hanging="360"/>
      <w:contextualSpacing/>
    </w:pPr>
    <w:rPr>
      <w:rFonts w:ascii="Calibri" w:hAnsi="Calibri"/>
      <w:color w:val="000000"/>
      <w:u w:val="none"/>
    </w:rPr>
  </w:style>
  <w:style w:type="paragraph" w:styleId="List3">
    <w:name w:val="List 3"/>
    <w:basedOn w:val="Normal"/>
    <w:uiPriority w:val="99"/>
    <w:unhideWhenUsed/>
    <w:rsid w:val="00326F90"/>
    <w:pPr>
      <w:ind w:left="1080" w:hanging="360"/>
      <w:contextualSpacing/>
    </w:pPr>
    <w:rPr>
      <w:rFonts w:ascii="Calibri" w:hAnsi="Calibri"/>
      <w:color w:val="000000"/>
      <w:u w:val="none"/>
    </w:rPr>
  </w:style>
  <w:style w:type="paragraph" w:styleId="ListBullet">
    <w:name w:val="List Bullet"/>
    <w:basedOn w:val="Normal"/>
    <w:uiPriority w:val="99"/>
    <w:unhideWhenUsed/>
    <w:rsid w:val="00326F90"/>
    <w:pPr>
      <w:numPr>
        <w:numId w:val="1"/>
      </w:numPr>
      <w:contextualSpacing/>
    </w:pPr>
    <w:rPr>
      <w:rFonts w:ascii="Calibri" w:hAnsi="Calibri"/>
      <w:color w:val="000000"/>
      <w:u w:val="none"/>
    </w:rPr>
  </w:style>
  <w:style w:type="paragraph" w:styleId="ListBullet2">
    <w:name w:val="List Bullet 2"/>
    <w:basedOn w:val="Normal"/>
    <w:uiPriority w:val="99"/>
    <w:unhideWhenUsed/>
    <w:rsid w:val="00326F90"/>
    <w:pPr>
      <w:numPr>
        <w:numId w:val="2"/>
      </w:numPr>
      <w:contextualSpacing/>
    </w:pPr>
    <w:rPr>
      <w:rFonts w:ascii="Calibri" w:hAnsi="Calibri"/>
      <w:color w:val="000000"/>
      <w:u w:val="none"/>
    </w:rPr>
  </w:style>
  <w:style w:type="paragraph" w:styleId="ListBullet3">
    <w:name w:val="List Bullet 3"/>
    <w:basedOn w:val="Normal"/>
    <w:uiPriority w:val="99"/>
    <w:unhideWhenUsed/>
    <w:rsid w:val="00326F90"/>
    <w:pPr>
      <w:numPr>
        <w:numId w:val="3"/>
      </w:numPr>
      <w:contextualSpacing/>
    </w:pPr>
    <w:rPr>
      <w:rFonts w:ascii="Calibri" w:hAnsi="Calibri"/>
      <w:color w:val="000000"/>
      <w:u w:val="none"/>
    </w:rPr>
  </w:style>
  <w:style w:type="paragraph" w:styleId="ListNumber">
    <w:name w:val="List Number"/>
    <w:basedOn w:val="Normal"/>
    <w:uiPriority w:val="99"/>
    <w:unhideWhenUsed/>
    <w:rsid w:val="00326F90"/>
    <w:pPr>
      <w:numPr>
        <w:numId w:val="5"/>
      </w:numPr>
      <w:contextualSpacing/>
    </w:pPr>
    <w:rPr>
      <w:rFonts w:ascii="Calibri" w:hAnsi="Calibri"/>
      <w:color w:val="000000"/>
      <w:u w:val="none"/>
    </w:rPr>
  </w:style>
  <w:style w:type="paragraph" w:styleId="ListNumber2">
    <w:name w:val="List Number 2"/>
    <w:basedOn w:val="Normal"/>
    <w:uiPriority w:val="99"/>
    <w:unhideWhenUsed/>
    <w:rsid w:val="0029639D"/>
    <w:pPr>
      <w:numPr>
        <w:numId w:val="6"/>
      </w:numPr>
      <w:contextualSpacing/>
    </w:pPr>
    <w:rPr>
      <w:rFonts w:ascii="Calibri" w:hAnsi="Calibri"/>
      <w:color w:val="000000"/>
      <w:u w:val="none"/>
    </w:rPr>
  </w:style>
  <w:style w:type="paragraph" w:styleId="ListNumber3">
    <w:name w:val="List Number 3"/>
    <w:basedOn w:val="Normal"/>
    <w:uiPriority w:val="99"/>
    <w:unhideWhenUsed/>
    <w:rsid w:val="0029639D"/>
    <w:pPr>
      <w:numPr>
        <w:numId w:val="7"/>
      </w:numPr>
      <w:contextualSpacing/>
    </w:pPr>
    <w:rPr>
      <w:rFonts w:ascii="Calibri" w:hAnsi="Calibri"/>
      <w:color w:val="000000"/>
      <w:u w:val="none"/>
    </w:rPr>
  </w:style>
  <w:style w:type="paragraph" w:styleId="ListContinue">
    <w:name w:val="List Continue"/>
    <w:basedOn w:val="Normal"/>
    <w:uiPriority w:val="99"/>
    <w:unhideWhenUsed/>
    <w:rsid w:val="0029639D"/>
    <w:pPr>
      <w:spacing w:after="120"/>
      <w:ind w:left="360"/>
      <w:contextualSpacing/>
    </w:pPr>
    <w:rPr>
      <w:rFonts w:ascii="Calibri" w:hAnsi="Calibri"/>
      <w:color w:val="000000"/>
      <w:u w:val="none"/>
    </w:rPr>
  </w:style>
  <w:style w:type="paragraph" w:styleId="ListContinue2">
    <w:name w:val="List Continue 2"/>
    <w:basedOn w:val="Normal"/>
    <w:uiPriority w:val="99"/>
    <w:unhideWhenUsed/>
    <w:rsid w:val="0029639D"/>
    <w:pPr>
      <w:spacing w:after="120"/>
      <w:ind w:left="720"/>
      <w:contextualSpacing/>
    </w:pPr>
    <w:rPr>
      <w:rFonts w:ascii="Calibri" w:hAnsi="Calibri"/>
      <w:color w:val="000000"/>
      <w:u w:val="none"/>
    </w:rPr>
  </w:style>
  <w:style w:type="paragraph" w:styleId="ListContinue3">
    <w:name w:val="List Continue 3"/>
    <w:basedOn w:val="Normal"/>
    <w:uiPriority w:val="99"/>
    <w:unhideWhenUsed/>
    <w:rsid w:val="0029639D"/>
    <w:pPr>
      <w:spacing w:after="120"/>
      <w:ind w:left="1080"/>
      <w:contextualSpacing/>
    </w:pPr>
    <w:rPr>
      <w:rFonts w:ascii="Calibri" w:hAnsi="Calibri"/>
      <w:color w:val="000000"/>
      <w:u w:val="none"/>
    </w:r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alibri" w:hAnsi="Calibri"/>
      <w:color w:val="000000"/>
      <w:sz w:val="20"/>
      <w:szCs w:val="20"/>
      <w:u w:val="none"/>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rFonts w:ascii="Calibri" w:hAnsi="Calibri"/>
      <w:i/>
      <w:iCs/>
      <w:color w:val="000000"/>
      <w:u w:val="none"/>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rFonts w:ascii="Calibri" w:hAnsi="Calibri"/>
      <w:b/>
      <w:bCs/>
      <w:color w:val="000000"/>
      <w:sz w:val="18"/>
      <w:szCs w:val="18"/>
      <w:u w:val="none"/>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rFonts w:ascii="Calibri" w:hAnsi="Calibri"/>
      <w:b/>
      <w:bCs/>
      <w:i/>
      <w:iCs/>
      <w:color w:val="000000"/>
      <w:u w:val="none"/>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rPr>
      <w:rFonts w:ascii="Calibri" w:hAnsi="Calibri"/>
      <w:color w:val="000000"/>
      <w:u w:val="none"/>
    </w:r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MC10 En lysbesked med to forskellige pauser</dc:title>
  <dc:subject/>
  <dc:creator>SkrivSikkert</dc:creator>
  <cp:keywords/>
  <dc:description>generated by python-docx</dc:description>
  <cp:lastModifiedBy/>
  <cp:revision>1</cp:revision>
  <dcterms:created xsi:type="dcterms:W3CDTF">2013-12-23T23:15:00Z</dcterms:created>
  <dcterms:modified xsi:type="dcterms:W3CDTF">2013-12-23T23:15:00Z</dcterms:modified>
  <cp:category/>
</cp:coreProperties>
</file>